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E8584" w14:textId="77777777" w:rsidR="00805DFD" w:rsidRDefault="00805DFD">
      <w:pPr>
        <w:jc w:val="center"/>
        <w:rPr>
          <w:b/>
          <w:color w:val="003400"/>
          <w:sz w:val="28"/>
        </w:rPr>
      </w:pPr>
    </w:p>
    <w:p w14:paraId="33B6298A" w14:textId="6DA20A35" w:rsidR="004A5D3B" w:rsidRPr="00106E10" w:rsidRDefault="004A5D3B">
      <w:pPr>
        <w:jc w:val="center"/>
        <w:rPr>
          <w:b/>
          <w:color w:val="003400"/>
          <w:sz w:val="28"/>
        </w:rPr>
      </w:pPr>
      <w:r w:rsidRPr="00106E10">
        <w:rPr>
          <w:b/>
          <w:color w:val="003400"/>
          <w:sz w:val="28"/>
        </w:rPr>
        <w:t>AUTORIZACIÓN PARA EL TRATAMIENTO DE DATOS PERSONALES</w:t>
      </w:r>
    </w:p>
    <w:p w14:paraId="68A20FF6" w14:textId="116DB846" w:rsidR="004A5D3B" w:rsidRPr="00106E10" w:rsidRDefault="004A5D3B" w:rsidP="00106E10">
      <w:pPr>
        <w:spacing w:after="160"/>
        <w:jc w:val="center"/>
        <w:rPr>
          <w:sz w:val="18"/>
          <w:szCs w:val="18"/>
        </w:rPr>
      </w:pPr>
      <w:r w:rsidRPr="00106E10">
        <w:rPr>
          <w:b/>
          <w:bCs/>
          <w:sz w:val="18"/>
          <w:szCs w:val="18"/>
        </w:rPr>
        <w:t>(Habeas Data – Ley 1581 de 2012 y Decreto 1377 de 2013)</w:t>
      </w:r>
    </w:p>
    <w:p w14:paraId="5AD9480A" w14:textId="77777777" w:rsidR="00106E10" w:rsidRPr="00106E10" w:rsidRDefault="00106E10" w:rsidP="00106E10">
      <w:pPr>
        <w:spacing w:after="160"/>
        <w:ind w:left="-142"/>
        <w:jc w:val="center"/>
      </w:pPr>
    </w:p>
    <w:p w14:paraId="3704719B" w14:textId="0BCBAA42" w:rsidR="004A5D3B" w:rsidRPr="00106E10" w:rsidRDefault="004A5D3B" w:rsidP="004A5D3B">
      <w:pPr>
        <w:spacing w:after="160"/>
      </w:pPr>
      <w:r w:rsidRPr="00106E10">
        <w:rPr>
          <w:b/>
          <w:bCs/>
        </w:rPr>
        <w:t>Ciudad:</w:t>
      </w:r>
      <w:r w:rsidRPr="00106E10">
        <w:t xml:space="preserve"> Bogotá D.C.</w:t>
      </w:r>
      <w:r w:rsidRPr="00106E10">
        <w:br/>
      </w:r>
      <w:r w:rsidRPr="00106E10">
        <w:rPr>
          <w:b/>
          <w:bCs/>
        </w:rPr>
        <w:t>Fecha:</w:t>
      </w:r>
      <w:r w:rsidRPr="00106E10">
        <w:t xml:space="preserve"> ___ / ___ / ______</w:t>
      </w:r>
    </w:p>
    <w:p w14:paraId="3F55C655" w14:textId="419E24C7" w:rsidR="00106E10" w:rsidRPr="00106E10" w:rsidRDefault="00106E10" w:rsidP="00106E10">
      <w:pPr>
        <w:pStyle w:val="Ttulo1"/>
        <w:rPr>
          <w:color w:val="003400"/>
        </w:rPr>
      </w:pPr>
      <w:r w:rsidRPr="00106E10">
        <w:rPr>
          <w:color w:val="003400"/>
        </w:rPr>
        <w:t>1. Autorización expresa del aspirante</w:t>
      </w:r>
    </w:p>
    <w:p w14:paraId="452CC606" w14:textId="77777777" w:rsidR="004A5D3B" w:rsidRPr="00106E10" w:rsidRDefault="004A5D3B" w:rsidP="004A5D3B">
      <w:pPr>
        <w:spacing w:after="160"/>
      </w:pPr>
    </w:p>
    <w:p w14:paraId="08605FA4" w14:textId="5E23F50C" w:rsidR="00AF1D67" w:rsidRDefault="00AF1D67" w:rsidP="00106E10">
      <w:pPr>
        <w:spacing w:after="160"/>
        <w:jc w:val="both"/>
      </w:pPr>
      <w:r>
        <w:t>Y</w:t>
      </w:r>
      <w:r w:rsidRPr="00AF1D67">
        <w:t xml:space="preserve">o, ________________________________________, identificado(a) con </w:t>
      </w:r>
      <w:sdt>
        <w:sdtPr>
          <w:id w:val="696668886"/>
          <w:placeholder>
            <w:docPart w:val="8F289904FD524B4FB310FD8210F04588"/>
          </w:placeholder>
          <w:showingPlcHdr/>
          <w:comboBox>
            <w:listItem w:value="Elija un elemento."/>
            <w:listItem w:displayText="Cédula de ciudadanía" w:value="Cédula de ciudadanía"/>
            <w:listItem w:displayText="Cédula de extranjería" w:value="Cédula de extranjería"/>
            <w:listItem w:displayText="Pasaporte" w:value="Pasaporte"/>
            <w:listItem w:displayText="Permiso por Protección Temporal" w:value="Permiso por Protección Temporal"/>
            <w:listItem w:displayText="Otro" w:value="Otro"/>
          </w:comboBox>
        </w:sdtPr>
        <w:sdtContent>
          <w:r w:rsidRPr="00A54FEE">
            <w:rPr>
              <w:rStyle w:val="Textodelmarcadordeposicin"/>
            </w:rPr>
            <w:t>Elija un elemento.</w:t>
          </w:r>
        </w:sdtContent>
      </w:sdt>
      <w:r w:rsidRPr="00AF1D67">
        <w:t xml:space="preserve"> No. __________________ expedida en __________________, en mi calidad de titular de la información y aspirante dentro del proceso de convocatoria para la conformación de la terna destinada a la designación del cuarto miembro del Consejo Técnico de la Contaduría Pública, manifiesto bajo la gravedad de juramento que conozco las condiciones, requisitos e inhabilidades aplicables al proceso de selección y, actuando de manera libre, previa, expresa, voluntaria e informada, de conformidad con lo dispuesto en la Ley 1581 de 2012, el Decreto 1377 de 2013 y demás normas concordantes, autorizo a la Universidad Externado de Colombia, en calidad de responsable del tratamiento de datos personales, para que recolecte, almacene, use, circule, consulte, verifique, actualice y suprima mis datos personales.</w:t>
      </w:r>
    </w:p>
    <w:p w14:paraId="6058EE61" w14:textId="1DF62E71" w:rsidR="004A5D3B" w:rsidRPr="00106E10" w:rsidRDefault="004A5D3B" w:rsidP="00106E10">
      <w:pPr>
        <w:spacing w:after="160"/>
        <w:jc w:val="both"/>
      </w:pPr>
      <w:r w:rsidRPr="00106E10">
        <w:t xml:space="preserve">Declaro que he sido informado(a) que los datos suministrados serán tratados conforme a la Política de Tratamiento de Datos Personales de la Universidad Externado de Colombia, y que las finalidades del tratamiento incluyen, entre otras, las siguientes: </w:t>
      </w:r>
      <w:hyperlink r:id="rId8" w:history="1">
        <w:r w:rsidRPr="00106E10">
          <w:rPr>
            <w:rStyle w:val="Hipervnculo"/>
          </w:rPr>
          <w:t>https://www.uexternado.edu.co/politicasdeprivacidad/</w:t>
        </w:r>
      </w:hyperlink>
      <w:r w:rsidRPr="00106E10">
        <w:t xml:space="preserve"> </w:t>
      </w:r>
    </w:p>
    <w:p w14:paraId="15860464" w14:textId="77777777" w:rsidR="004A5D3B" w:rsidRPr="00106E10" w:rsidRDefault="004A5D3B" w:rsidP="00106E10">
      <w:pPr>
        <w:spacing w:after="160"/>
        <w:jc w:val="both"/>
      </w:pPr>
      <w:r w:rsidRPr="00106E10">
        <w:t>Así mismo, autorizo la consulta y verificación de la información en bases de datos públicas o privadas, así como el contacto con terceros cuando ello sea necesario para validar la información suministrada, bajo estrictos criterios de confidencialidad, seguridad y reserva de la información.</w:t>
      </w:r>
    </w:p>
    <w:p w14:paraId="6E94222F" w14:textId="77777777" w:rsidR="00106E10" w:rsidRDefault="004A5D3B" w:rsidP="00106E10">
      <w:pPr>
        <w:spacing w:after="160"/>
        <w:jc w:val="both"/>
      </w:pPr>
      <w:r w:rsidRPr="00106E10">
        <w:t>Declaro conocer que como titular de los datos personales me asisten los derechos de conocer, actualizar, rectificar, suprimir y revocar la autorización otorgada, en los términos establecidos por la ley.</w:t>
      </w:r>
    </w:p>
    <w:p w14:paraId="4B39D09E" w14:textId="5C817C8D" w:rsidR="00CF0FD9" w:rsidRPr="00106E10" w:rsidRDefault="00106E10" w:rsidP="00106E10">
      <w:pPr>
        <w:spacing w:after="160"/>
        <w:jc w:val="both"/>
        <w:rPr>
          <w:rFonts w:asciiTheme="majorHAnsi" w:eastAsiaTheme="majorEastAsia" w:hAnsiTheme="majorHAnsi" w:cstheme="majorBidi"/>
          <w:b/>
          <w:bCs/>
          <w:color w:val="003400"/>
          <w:sz w:val="28"/>
          <w:szCs w:val="28"/>
        </w:rPr>
      </w:pPr>
      <w:r w:rsidRPr="00106E10">
        <w:rPr>
          <w:rFonts w:asciiTheme="majorHAnsi" w:eastAsiaTheme="majorEastAsia" w:hAnsiTheme="majorHAnsi" w:cstheme="majorBidi"/>
          <w:b/>
          <w:bCs/>
          <w:color w:val="003400"/>
          <w:sz w:val="28"/>
          <w:szCs w:val="28"/>
        </w:rPr>
        <w:t>2. Vigencia de la autorización y conservación de la información</w:t>
      </w:r>
    </w:p>
    <w:p w14:paraId="4A2F90E3" w14:textId="77777777" w:rsidR="00106E10" w:rsidRPr="00106E10" w:rsidRDefault="00000000" w:rsidP="00106E10">
      <w:pPr>
        <w:jc w:val="both"/>
      </w:pPr>
      <w:r w:rsidRPr="00106E10">
        <w:t>La autorización otorgada permanecerá vigente durante el desarrollo de la convocatoria y por el tiempo que resulte necesario para cumplir las finalidades informadas, atender reclamaciones, conservar evidencia del proceso y cumplir obligaciones legales, contractuales, administrativas, archivísticas, probatorias o de auditoría aplicables</w:t>
      </w:r>
    </w:p>
    <w:p w14:paraId="28D15EE3" w14:textId="4EC21512" w:rsidR="00AF1D67" w:rsidRDefault="00106E10" w:rsidP="00106E10">
      <w:pPr>
        <w:jc w:val="both"/>
        <w:rPr>
          <w:rFonts w:asciiTheme="majorHAnsi" w:eastAsiaTheme="majorEastAsia" w:hAnsiTheme="majorHAnsi" w:cstheme="majorBidi"/>
          <w:b/>
          <w:bCs/>
          <w:color w:val="003400"/>
          <w:sz w:val="28"/>
          <w:szCs w:val="28"/>
        </w:rPr>
      </w:pPr>
      <w:r w:rsidRPr="00106E10">
        <w:rPr>
          <w:rFonts w:asciiTheme="majorHAnsi" w:eastAsiaTheme="majorEastAsia" w:hAnsiTheme="majorHAnsi" w:cstheme="majorBidi"/>
          <w:b/>
          <w:bCs/>
          <w:color w:val="003400"/>
          <w:sz w:val="28"/>
          <w:szCs w:val="28"/>
        </w:rPr>
        <w:t>3. Declaraciones del aspirante</w:t>
      </w:r>
    </w:p>
    <w:p w14:paraId="030F0F53" w14:textId="30DF4393" w:rsidR="00CF0FD9" w:rsidRPr="00AF1D67" w:rsidRDefault="00000000" w:rsidP="00106E10">
      <w:pPr>
        <w:jc w:val="both"/>
        <w:rPr>
          <w:rFonts w:asciiTheme="majorHAnsi" w:eastAsiaTheme="majorEastAsia" w:hAnsiTheme="majorHAnsi" w:cstheme="majorBidi"/>
          <w:b/>
          <w:bCs/>
          <w:color w:val="003400"/>
          <w:sz w:val="28"/>
          <w:szCs w:val="28"/>
        </w:rPr>
      </w:pPr>
      <w:sdt>
        <w:sdtPr>
          <w:id w:val="-19051342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F1D67">
            <w:rPr>
              <w:rFonts w:ascii="MS Gothic" w:eastAsia="MS Gothic" w:hAnsi="MS Gothic" w:hint="eastAsia"/>
            </w:rPr>
            <w:t>☐</w:t>
          </w:r>
        </w:sdtContent>
      </w:sdt>
      <w:r w:rsidR="00AF1D67" w:rsidRPr="00106E10">
        <w:t>Declaro que la información y documentación aportada en el formulario de inscripción es veraz, completa, actualizada y verificable.</w:t>
      </w:r>
    </w:p>
    <w:p w14:paraId="73CB9221" w14:textId="7E1793B5" w:rsidR="00CF0FD9" w:rsidRPr="00106E10" w:rsidRDefault="00000000" w:rsidP="00106E10">
      <w:pPr>
        <w:jc w:val="both"/>
      </w:pPr>
      <w:sdt>
        <w:sdtPr>
          <w:rPr>
            <w:b/>
          </w:rPr>
          <w:id w:val="1337669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F1D67">
            <w:rPr>
              <w:rFonts w:ascii="MS Gothic" w:eastAsia="MS Gothic" w:hAnsi="MS Gothic" w:hint="eastAsia"/>
              <w:b/>
            </w:rPr>
            <w:t>☐</w:t>
          </w:r>
        </w:sdtContent>
      </w:sdt>
      <w:r w:rsidR="00AF1D67" w:rsidRPr="00106E10">
        <w:rPr>
          <w:b/>
        </w:rPr>
        <w:t xml:space="preserve"> </w:t>
      </w:r>
      <w:r w:rsidR="00AF1D67" w:rsidRPr="00106E10">
        <w:t>Declaro que los documentos cargados corresponden a soportes auténticos o copias fieles de los documentos originales.</w:t>
      </w:r>
    </w:p>
    <w:p w14:paraId="63B1F7EC" w14:textId="3F79FF57" w:rsidR="00CF0FD9" w:rsidRPr="00106E10" w:rsidRDefault="00000000" w:rsidP="00106E10">
      <w:pPr>
        <w:jc w:val="both"/>
      </w:pPr>
      <w:sdt>
        <w:sdtPr>
          <w:rPr>
            <w:b/>
          </w:rPr>
          <w:id w:val="14064986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F1D67">
            <w:rPr>
              <w:rFonts w:ascii="MS Gothic" w:eastAsia="MS Gothic" w:hAnsi="MS Gothic" w:hint="eastAsia"/>
              <w:b/>
            </w:rPr>
            <w:t>☐</w:t>
          </w:r>
        </w:sdtContent>
      </w:sdt>
      <w:r w:rsidR="00AF1D67" w:rsidRPr="00106E10">
        <w:rPr>
          <w:b/>
        </w:rPr>
        <w:t xml:space="preserve"> </w:t>
      </w:r>
      <w:r w:rsidR="00AF1D67" w:rsidRPr="00106E10">
        <w:t>Autorizo la verificación de la información académica, profesional, laboral, documental y demás soportes aportados.</w:t>
      </w:r>
    </w:p>
    <w:p w14:paraId="3D80F3EC" w14:textId="1F75CB60" w:rsidR="00CF0FD9" w:rsidRPr="00106E10" w:rsidRDefault="00000000" w:rsidP="00106E10">
      <w:pPr>
        <w:jc w:val="both"/>
      </w:pPr>
      <w:sdt>
        <w:sdtPr>
          <w:rPr>
            <w:b/>
          </w:rPr>
          <w:id w:val="-12077912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F1D67">
            <w:rPr>
              <w:rFonts w:ascii="MS Gothic" w:eastAsia="MS Gothic" w:hAnsi="MS Gothic" w:hint="eastAsia"/>
              <w:b/>
            </w:rPr>
            <w:t>☐</w:t>
          </w:r>
        </w:sdtContent>
      </w:sdt>
      <w:r w:rsidR="00AF1D67" w:rsidRPr="00106E10">
        <w:rPr>
          <w:b/>
        </w:rPr>
        <w:t xml:space="preserve"> </w:t>
      </w:r>
      <w:r w:rsidR="00AF1D67" w:rsidRPr="00106E10">
        <w:t>Entiendo que la inscripción y el cargue de documentos no constituyen admisión automática ni habilitación para continuar en las etapas posteriores del proceso.</w:t>
      </w:r>
    </w:p>
    <w:p w14:paraId="171A80C0" w14:textId="42AF9741" w:rsidR="00CF0FD9" w:rsidRDefault="00000000" w:rsidP="00106E10">
      <w:pPr>
        <w:jc w:val="both"/>
      </w:pPr>
      <w:sdt>
        <w:sdtPr>
          <w:rPr>
            <w:b/>
          </w:rPr>
          <w:id w:val="-7352378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F1D67">
            <w:rPr>
              <w:rFonts w:ascii="MS Gothic" w:eastAsia="MS Gothic" w:hAnsi="MS Gothic" w:hint="eastAsia"/>
              <w:b/>
            </w:rPr>
            <w:t>☐</w:t>
          </w:r>
        </w:sdtContent>
      </w:sdt>
      <w:r w:rsidR="00AF1D67" w:rsidRPr="00106E10">
        <w:rPr>
          <w:b/>
        </w:rPr>
        <w:t xml:space="preserve"> </w:t>
      </w:r>
      <w:r w:rsidR="00AF1D67" w:rsidRPr="00106E10">
        <w:t>Entiendo que la información incompleta, inconsistente, ilegible, extemporánea, falsa o no verificable podrá dar lugar a la no habilitación, exclusión o rechazo de la inscripción, conforme a las reglas de la convocatoria.</w:t>
      </w:r>
    </w:p>
    <w:p w14:paraId="01E4044C" w14:textId="77777777" w:rsidR="00805DFD" w:rsidRDefault="00805DFD" w:rsidP="00106E10">
      <w:pPr>
        <w:jc w:val="both"/>
      </w:pPr>
    </w:p>
    <w:p w14:paraId="53C2CD59" w14:textId="77777777" w:rsidR="00805DFD" w:rsidRPr="00106E10" w:rsidRDefault="00805DFD" w:rsidP="00106E10">
      <w:pPr>
        <w:jc w:val="both"/>
      </w:pPr>
    </w:p>
    <w:p w14:paraId="1C12E09D" w14:textId="2542A161" w:rsidR="00AF1D67" w:rsidRDefault="00000000" w:rsidP="00106E10">
      <w:pPr>
        <w:jc w:val="both"/>
      </w:pPr>
      <w:sdt>
        <w:sdtPr>
          <w:rPr>
            <w:b/>
          </w:rPr>
          <w:id w:val="-19116032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F1D67">
            <w:rPr>
              <w:rFonts w:ascii="MS Gothic" w:eastAsia="MS Gothic" w:hAnsi="MS Gothic" w:hint="eastAsia"/>
              <w:b/>
            </w:rPr>
            <w:t>☐</w:t>
          </w:r>
        </w:sdtContent>
      </w:sdt>
      <w:r w:rsidR="00AF1D67" w:rsidRPr="00106E10">
        <w:rPr>
          <w:b/>
        </w:rPr>
        <w:t xml:space="preserve"> </w:t>
      </w:r>
      <w:r w:rsidR="00AF1D67" w:rsidRPr="00106E10">
        <w:t>Acepto recibir comunicaciones relacionadas con la convocatoria en los correos electrónicos registrados en el formulario de inscripción.</w:t>
      </w:r>
    </w:p>
    <w:p w14:paraId="66CD8571" w14:textId="55CC2BF1" w:rsidR="00AF1D67" w:rsidRDefault="00000000" w:rsidP="00AF1D67">
      <w:sdt>
        <w:sdtPr>
          <w:id w:val="18591523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179A">
            <w:rPr>
              <w:rFonts w:ascii="MS Gothic" w:eastAsia="MS Gothic" w:hAnsi="MS Gothic" w:hint="eastAsia"/>
            </w:rPr>
            <w:t>☐</w:t>
          </w:r>
        </w:sdtContent>
      </w:sdt>
      <w:r w:rsidR="00AF1D67">
        <w:t>Declaro que no me encuentro incurso(a) en ninguna de las siguientes situaciones de inhabilidad, impedimento, incompatibilidad o conflicto de interés:</w:t>
      </w:r>
    </w:p>
    <w:p w14:paraId="7585207B" w14:textId="6FB38A43" w:rsidR="00AF1D67" w:rsidRDefault="00000000" w:rsidP="00805DFD">
      <w:pPr>
        <w:ind w:left="567"/>
        <w:jc w:val="both"/>
      </w:pPr>
      <w:sdt>
        <w:sdtPr>
          <w:id w:val="-19692665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179A">
            <w:rPr>
              <w:rFonts w:ascii="MS Gothic" w:eastAsia="MS Gothic" w:hAnsi="MS Gothic" w:hint="eastAsia"/>
            </w:rPr>
            <w:t>☐</w:t>
          </w:r>
        </w:sdtContent>
      </w:sdt>
      <w:r w:rsidR="00AF1D67">
        <w:t>No tengo vínculo contractual vigente con la entidad evaluadora encargada de adelantar el concurso público de méritos.</w:t>
      </w:r>
    </w:p>
    <w:p w14:paraId="0F3C061F" w14:textId="1102E5AE" w:rsidR="00AF1D67" w:rsidRDefault="00000000" w:rsidP="00805DFD">
      <w:pPr>
        <w:ind w:left="567"/>
        <w:jc w:val="both"/>
      </w:pPr>
      <w:sdt>
        <w:sdtPr>
          <w:id w:val="6852439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179A">
            <w:rPr>
              <w:rFonts w:ascii="MS Gothic" w:eastAsia="MS Gothic" w:hAnsi="MS Gothic" w:hint="eastAsia"/>
            </w:rPr>
            <w:t>☐</w:t>
          </w:r>
        </w:sdtContent>
      </w:sdt>
      <w:r w:rsidR="00AF1D67">
        <w:t>No tengo vínculo contractual vigente con las entidades facultadas para presentar candidatos o ternas dentro de la convocatoria.</w:t>
      </w:r>
    </w:p>
    <w:p w14:paraId="0CC39B6C" w14:textId="1087456F" w:rsidR="00AF1D67" w:rsidRDefault="00000000" w:rsidP="00805DFD">
      <w:pPr>
        <w:ind w:left="567"/>
        <w:jc w:val="both"/>
      </w:pPr>
      <w:sdt>
        <w:sdtPr>
          <w:id w:val="3067516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179A">
            <w:rPr>
              <w:rFonts w:ascii="MS Gothic" w:eastAsia="MS Gothic" w:hAnsi="MS Gothic" w:hint="eastAsia"/>
            </w:rPr>
            <w:t>☐</w:t>
          </w:r>
        </w:sdtContent>
      </w:sdt>
      <w:r w:rsidR="00AF1D67">
        <w:t>No soy cónyuge ni compañero(a) permanente de los directivos de la entidad evaluadora o de las entidades facultadas.</w:t>
      </w:r>
    </w:p>
    <w:p w14:paraId="472E2EA3" w14:textId="0A6579C0" w:rsidR="00AF1D67" w:rsidRDefault="00000000" w:rsidP="00805DFD">
      <w:pPr>
        <w:ind w:left="567"/>
        <w:jc w:val="both"/>
      </w:pPr>
      <w:sdt>
        <w:sdtPr>
          <w:id w:val="9773328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179A">
            <w:rPr>
              <w:rFonts w:ascii="MS Gothic" w:eastAsia="MS Gothic" w:hAnsi="MS Gothic" w:hint="eastAsia"/>
            </w:rPr>
            <w:t>☐</w:t>
          </w:r>
        </w:sdtContent>
      </w:sdt>
      <w:r w:rsidR="00AF1D67">
        <w:t>No tengo vínculo de parentesco, hasta el segundo grado de consanguinidad, con los directivos de la entidad evaluadora o de las entidades facultadas.</w:t>
      </w:r>
    </w:p>
    <w:p w14:paraId="51C00A17" w14:textId="0DE45907" w:rsidR="00AF1D67" w:rsidRDefault="00000000" w:rsidP="00805DFD">
      <w:pPr>
        <w:ind w:left="567"/>
        <w:jc w:val="both"/>
      </w:pPr>
      <w:sdt>
        <w:sdtPr>
          <w:id w:val="-2528163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179A">
            <w:rPr>
              <w:rFonts w:ascii="MS Gothic" w:eastAsia="MS Gothic" w:hAnsi="MS Gothic" w:hint="eastAsia"/>
            </w:rPr>
            <w:t>☐</w:t>
          </w:r>
        </w:sdtContent>
      </w:sdt>
      <w:r w:rsidR="00AF1D67">
        <w:t>No tengo vínculo de parentesco, hasta el segundo grado de afinidad, con los directivos de la entidad evaluadora o de las entidades facultadas.</w:t>
      </w:r>
    </w:p>
    <w:p w14:paraId="4F4FFD41" w14:textId="40D4D105" w:rsidR="00AF1D67" w:rsidRDefault="00000000" w:rsidP="00805DFD">
      <w:pPr>
        <w:ind w:left="567"/>
        <w:jc w:val="both"/>
      </w:pPr>
      <w:sdt>
        <w:sdtPr>
          <w:id w:val="10284465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179A">
            <w:rPr>
              <w:rFonts w:ascii="MS Gothic" w:eastAsia="MS Gothic" w:hAnsi="MS Gothic" w:hint="eastAsia"/>
            </w:rPr>
            <w:t>☐</w:t>
          </w:r>
        </w:sdtContent>
      </w:sdt>
      <w:r w:rsidR="00AF1D67">
        <w:t>No tengo vínculo de parentesco, hasta el primer grado civil, con los directivos de la entidad evaluadora o de las entidades facultadas.</w:t>
      </w:r>
    </w:p>
    <w:p w14:paraId="4AB38BD7" w14:textId="2289C0AD" w:rsidR="00AF1D67" w:rsidRDefault="00000000" w:rsidP="00805DFD">
      <w:pPr>
        <w:ind w:left="567"/>
        <w:jc w:val="both"/>
      </w:pPr>
      <w:sdt>
        <w:sdtPr>
          <w:id w:val="5442576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179A">
            <w:rPr>
              <w:rFonts w:ascii="MS Gothic" w:eastAsia="MS Gothic" w:hAnsi="MS Gothic" w:hint="eastAsia"/>
            </w:rPr>
            <w:t>☐</w:t>
          </w:r>
        </w:sdtContent>
      </w:sdt>
      <w:r w:rsidR="00AF1D67">
        <w:t>No me encuentro incurso(a) en inhabilidades, impedimentos, incompatibilidades o conflictos de interés previstos en la Ley 1952 de 2019, ni en las normas que la adicionen, modifiquen o sustituyan.</w:t>
      </w:r>
    </w:p>
    <w:p w14:paraId="6508A027" w14:textId="17FF1C32" w:rsidR="00AF1D67" w:rsidRDefault="00000000" w:rsidP="00805DFD">
      <w:pPr>
        <w:ind w:left="567"/>
        <w:jc w:val="both"/>
      </w:pPr>
      <w:sdt>
        <w:sdtPr>
          <w:id w:val="-609495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179A">
            <w:rPr>
              <w:rFonts w:ascii="MS Gothic" w:eastAsia="MS Gothic" w:hAnsi="MS Gothic" w:hint="eastAsia"/>
            </w:rPr>
            <w:t>☐</w:t>
          </w:r>
        </w:sdtContent>
      </w:sdt>
      <w:r w:rsidR="00AF1D67">
        <w:t>No me encuentro incurso(a) en conflicto de interés que afecte mi participación objetiva, transparente e imparcial dentro del presente proceso de convocatoria.</w:t>
      </w:r>
    </w:p>
    <w:p w14:paraId="16F4EB56" w14:textId="48A506DF" w:rsidR="00AF1D67" w:rsidRDefault="00000000" w:rsidP="00805DFD">
      <w:pPr>
        <w:ind w:left="567"/>
        <w:jc w:val="both"/>
      </w:pPr>
      <w:sdt>
        <w:sdtPr>
          <w:id w:val="8876117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179A">
            <w:rPr>
              <w:rFonts w:ascii="MS Gothic" w:eastAsia="MS Gothic" w:hAnsi="MS Gothic" w:hint="eastAsia"/>
            </w:rPr>
            <w:t>☐</w:t>
          </w:r>
        </w:sdtContent>
      </w:sdt>
      <w:r w:rsidR="00AF1D67">
        <w:t>En caso de desempeñar actualmente un cargo, empleo o función pública, declaro que dicha situación no me genera inhabilidad, incompatibilidad, impedimento o conflicto de interés para participar en la presente convocatoria. Así mismo, me obligo a informar oportunamente cualquier situación sobreviniente que pueda afectar mi participación en el proceso.</w:t>
      </w:r>
    </w:p>
    <w:p w14:paraId="4CF4FCB0" w14:textId="52CCDA2B" w:rsidR="00AF1D67" w:rsidRDefault="00000000" w:rsidP="00805DFD">
      <w:pPr>
        <w:ind w:left="567"/>
        <w:jc w:val="both"/>
      </w:pPr>
      <w:sdt>
        <w:sdtPr>
          <w:id w:val="-4208792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179A">
            <w:rPr>
              <w:rFonts w:ascii="MS Gothic" w:eastAsia="MS Gothic" w:hAnsi="MS Gothic" w:hint="eastAsia"/>
            </w:rPr>
            <w:t>☐</w:t>
          </w:r>
        </w:sdtContent>
      </w:sdt>
      <w:r w:rsidR="00AF1D67">
        <w:t>Me comprometo a informar de manera inmediata, completa y veraz a la entidad convocante y/o evaluadora cualquier circunstancia que pueda configurar una inhabilidad, incompatibilidad, impedimento o conflicto de interés durante el desarrollo del proceso.</w:t>
      </w:r>
    </w:p>
    <w:p w14:paraId="6D8EB97C" w14:textId="17542A51" w:rsidR="00AF1D67" w:rsidRDefault="00000000" w:rsidP="00805DFD">
      <w:pPr>
        <w:ind w:left="567"/>
        <w:jc w:val="both"/>
      </w:pPr>
      <w:sdt>
        <w:sdtPr>
          <w:id w:val="-2332449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179A">
            <w:rPr>
              <w:rFonts w:ascii="MS Gothic" w:eastAsia="MS Gothic" w:hAnsi="MS Gothic" w:hint="eastAsia"/>
            </w:rPr>
            <w:t>☐</w:t>
          </w:r>
        </w:sdtContent>
      </w:sdt>
      <w:r w:rsidR="00AF1D67">
        <w:t>Acepto que la omisión, falsedad o inexactitud en esta declaración podrá dar lugar al rechazo de mi inscripción, a la exclusión del proceso o a las demás consecuencias legales y reglamentarias que resulten aplicables.</w:t>
      </w:r>
    </w:p>
    <w:p w14:paraId="176ECA2D" w14:textId="77777777" w:rsidR="00AF1D67" w:rsidRDefault="00AF1D67" w:rsidP="00AF1D67"/>
    <w:p w14:paraId="0604C186" w14:textId="39617481" w:rsidR="00106E10" w:rsidRDefault="00805DFD" w:rsidP="00805DFD">
      <w:pPr>
        <w:jc w:val="both"/>
      </w:pPr>
      <w:r>
        <w:t xml:space="preserve">Lo anterior </w:t>
      </w:r>
      <w:r w:rsidR="00AF1D67">
        <w:t xml:space="preserve"> se fundamenta en el artículo 9 de la Resolución 0623 del 16 de abril de 2026, que establece que a los aspirantes les son aplicables las inhabilidades, impedimentos, incompatibilidades, reglas de conflicto de interés y demás normas de la Ley 1952 de 2019; además, dispone que </w:t>
      </w:r>
      <w:r>
        <w:t xml:space="preserve">la </w:t>
      </w:r>
      <w:r w:rsidRPr="00805DFD">
        <w:t>Universidad Externado de Colombia</w:t>
      </w:r>
      <w:r w:rsidR="00AF1D67">
        <w:t xml:space="preserve"> no podrá admitir aspirantes con vínculo contractual con la entidad evaluadora o con la entidad facultada, ni aspirantes que tengan vínculos de cónyuge, compañero permanente o parentesco con sus directivo</w:t>
      </w:r>
      <w:r w:rsidR="00A1179A">
        <w:t>.</w:t>
      </w:r>
    </w:p>
    <w:p w14:paraId="770EEED2" w14:textId="77777777" w:rsidR="00805DFD" w:rsidRDefault="00805DFD" w:rsidP="00805DFD">
      <w:pPr>
        <w:jc w:val="both"/>
      </w:pPr>
    </w:p>
    <w:p w14:paraId="23A64AA1" w14:textId="77777777" w:rsidR="00805DFD" w:rsidRDefault="00805DFD" w:rsidP="00805DFD">
      <w:pPr>
        <w:jc w:val="both"/>
      </w:pPr>
    </w:p>
    <w:p w14:paraId="6AF08A0B" w14:textId="77777777" w:rsidR="00805DFD" w:rsidRDefault="00805DFD" w:rsidP="00805DFD">
      <w:pPr>
        <w:jc w:val="both"/>
      </w:pPr>
    </w:p>
    <w:p w14:paraId="19DB36FA" w14:textId="77777777" w:rsidR="00805DFD" w:rsidRDefault="00805DFD" w:rsidP="00805DFD">
      <w:pPr>
        <w:jc w:val="both"/>
      </w:pPr>
    </w:p>
    <w:p w14:paraId="63754771" w14:textId="77777777" w:rsidR="00A1179A" w:rsidRPr="00106E10" w:rsidRDefault="00A1179A" w:rsidP="00AF1D67"/>
    <w:p w14:paraId="55BB741F" w14:textId="33D7EC5C" w:rsidR="00CF0FD9" w:rsidRPr="00106E10" w:rsidRDefault="00106E10">
      <w:pPr>
        <w:pStyle w:val="Ttulo1"/>
        <w:rPr>
          <w:color w:val="003400"/>
        </w:rPr>
      </w:pPr>
      <w:r w:rsidRPr="00106E10">
        <w:rPr>
          <w:color w:val="003400"/>
        </w:rPr>
        <w:t>4. Datos y firma del aspirante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968"/>
        <w:gridCol w:w="4860"/>
      </w:tblGrid>
      <w:tr w:rsidR="00CF0FD9" w:rsidRPr="00106E10" w14:paraId="20E37F2A" w14:textId="77777777" w:rsidTr="00D25106">
        <w:trPr>
          <w:jc w:val="center"/>
        </w:trPr>
        <w:tc>
          <w:tcPr>
            <w:tcW w:w="496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A6A6A6"/>
            </w:tcBorders>
            <w:shd w:val="clear" w:color="auto" w:fill="003400"/>
            <w:vAlign w:val="center"/>
          </w:tcPr>
          <w:p w14:paraId="1362A281" w14:textId="3704B5C3" w:rsidR="00CF0FD9" w:rsidRPr="00106E10" w:rsidRDefault="00000000" w:rsidP="00D25106">
            <w:r w:rsidRPr="00106E10">
              <w:rPr>
                <w:sz w:val="18"/>
              </w:rPr>
              <w:t>Nombres y apellidos completos</w:t>
            </w:r>
            <w:r w:rsidR="00A54FEE">
              <w:rPr>
                <w:sz w:val="18"/>
              </w:rPr>
              <w:t>:</w:t>
            </w:r>
          </w:p>
        </w:tc>
        <w:tc>
          <w:tcPr>
            <w:tcW w:w="486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A6A6A6"/>
            </w:tcBorders>
            <w:vAlign w:val="center"/>
          </w:tcPr>
          <w:p w14:paraId="4A00EF27" w14:textId="77777777" w:rsidR="00CF0FD9" w:rsidRPr="00106E10" w:rsidRDefault="00000000">
            <w:r w:rsidRPr="00106E10">
              <w:rPr>
                <w:sz w:val="18"/>
              </w:rPr>
              <w:t xml:space="preserve"> </w:t>
            </w:r>
          </w:p>
        </w:tc>
      </w:tr>
      <w:tr w:rsidR="00CF0FD9" w:rsidRPr="00106E10" w14:paraId="71EDF4D2" w14:textId="77777777" w:rsidTr="00D25106">
        <w:trPr>
          <w:jc w:val="center"/>
        </w:trPr>
        <w:tc>
          <w:tcPr>
            <w:tcW w:w="496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A6A6A6"/>
            </w:tcBorders>
            <w:shd w:val="clear" w:color="auto" w:fill="003400"/>
            <w:vAlign w:val="center"/>
          </w:tcPr>
          <w:p w14:paraId="5292397C" w14:textId="34297F48" w:rsidR="00CF0FD9" w:rsidRPr="00106E10" w:rsidRDefault="00A54FEE" w:rsidP="00D25106">
            <w:r>
              <w:rPr>
                <w:sz w:val="18"/>
              </w:rPr>
              <w:t>N</w:t>
            </w:r>
            <w:r w:rsidR="00000000" w:rsidRPr="00106E10">
              <w:rPr>
                <w:sz w:val="18"/>
              </w:rPr>
              <w:t>úmero de documento</w:t>
            </w:r>
            <w:r>
              <w:rPr>
                <w:sz w:val="18"/>
              </w:rPr>
              <w:t>:</w:t>
            </w:r>
          </w:p>
        </w:tc>
        <w:tc>
          <w:tcPr>
            <w:tcW w:w="486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A6A6A6"/>
            </w:tcBorders>
            <w:vAlign w:val="center"/>
          </w:tcPr>
          <w:p w14:paraId="4EB431F9" w14:textId="77777777" w:rsidR="00CF0FD9" w:rsidRPr="00106E10" w:rsidRDefault="00000000">
            <w:r w:rsidRPr="00106E10">
              <w:rPr>
                <w:sz w:val="18"/>
              </w:rPr>
              <w:t xml:space="preserve"> </w:t>
            </w:r>
          </w:p>
        </w:tc>
      </w:tr>
      <w:tr w:rsidR="00CF0FD9" w:rsidRPr="00106E10" w14:paraId="32E345F0" w14:textId="77777777" w:rsidTr="00A54FEE">
        <w:trPr>
          <w:trHeight w:val="935"/>
          <w:jc w:val="center"/>
        </w:trPr>
        <w:tc>
          <w:tcPr>
            <w:tcW w:w="496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A6A6A6"/>
            </w:tcBorders>
            <w:shd w:val="clear" w:color="auto" w:fill="003400"/>
            <w:vAlign w:val="center"/>
          </w:tcPr>
          <w:p w14:paraId="753F8C82" w14:textId="77777777" w:rsidR="00CF0FD9" w:rsidRPr="00106E10" w:rsidRDefault="00000000" w:rsidP="00D25106">
            <w:r w:rsidRPr="00106E10">
              <w:rPr>
                <w:sz w:val="18"/>
              </w:rPr>
              <w:t>Firma</w:t>
            </w:r>
          </w:p>
        </w:tc>
        <w:tc>
          <w:tcPr>
            <w:tcW w:w="486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A6A6A6"/>
            </w:tcBorders>
            <w:vAlign w:val="center"/>
          </w:tcPr>
          <w:p w14:paraId="21FE467F" w14:textId="77777777" w:rsidR="00CF0FD9" w:rsidRPr="00106E10" w:rsidRDefault="00000000">
            <w:r w:rsidRPr="00106E10">
              <w:rPr>
                <w:sz w:val="18"/>
              </w:rPr>
              <w:t xml:space="preserve"> </w:t>
            </w:r>
          </w:p>
        </w:tc>
      </w:tr>
      <w:tr w:rsidR="00F91CB0" w:rsidRPr="00106E10" w14:paraId="4ABF5D6A" w14:textId="77777777" w:rsidTr="00A54FEE">
        <w:trPr>
          <w:trHeight w:val="1558"/>
          <w:jc w:val="center"/>
        </w:trPr>
        <w:tc>
          <w:tcPr>
            <w:tcW w:w="4968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A6A6A6"/>
            </w:tcBorders>
            <w:shd w:val="clear" w:color="auto" w:fill="003400"/>
            <w:vAlign w:val="center"/>
          </w:tcPr>
          <w:p w14:paraId="0B3F927C" w14:textId="6CD42A0D" w:rsidR="00F91CB0" w:rsidRPr="00106E10" w:rsidRDefault="00F91CB0" w:rsidP="00D25106">
            <w:pPr>
              <w:rPr>
                <w:sz w:val="18"/>
              </w:rPr>
            </w:pPr>
            <w:r w:rsidRPr="00106E10">
              <w:rPr>
                <w:sz w:val="18"/>
              </w:rPr>
              <w:t>Huella</w:t>
            </w:r>
          </w:p>
        </w:tc>
        <w:tc>
          <w:tcPr>
            <w:tcW w:w="4860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A6A6A6"/>
            </w:tcBorders>
            <w:vAlign w:val="center"/>
          </w:tcPr>
          <w:p w14:paraId="20E34AF5" w14:textId="77777777" w:rsidR="00F91CB0" w:rsidRPr="00106E10" w:rsidRDefault="00F91CB0">
            <w:pPr>
              <w:rPr>
                <w:sz w:val="18"/>
              </w:rPr>
            </w:pPr>
          </w:p>
        </w:tc>
      </w:tr>
    </w:tbl>
    <w:p w14:paraId="3F8AD26D" w14:textId="04C20C2C" w:rsidR="00106E10" w:rsidRPr="00106E10" w:rsidRDefault="00106E10" w:rsidP="00106E10">
      <w:pPr>
        <w:pStyle w:val="Ttulo1"/>
        <w:jc w:val="both"/>
        <w:rPr>
          <w:color w:val="003400"/>
        </w:rPr>
      </w:pPr>
      <w:r w:rsidRPr="00106E10">
        <w:rPr>
          <w:color w:val="003400"/>
        </w:rPr>
        <w:t xml:space="preserve">5. Aviso </w:t>
      </w:r>
      <w:r>
        <w:rPr>
          <w:color w:val="003400"/>
        </w:rPr>
        <w:t>l</w:t>
      </w:r>
      <w:r w:rsidRPr="00106E10">
        <w:rPr>
          <w:color w:val="003400"/>
        </w:rPr>
        <w:t xml:space="preserve">egal </w:t>
      </w:r>
      <w:r>
        <w:rPr>
          <w:color w:val="003400"/>
        </w:rPr>
        <w:t>y d</w:t>
      </w:r>
      <w:r w:rsidRPr="00106E10">
        <w:rPr>
          <w:color w:val="003400"/>
        </w:rPr>
        <w:t xml:space="preserve">e </w:t>
      </w:r>
      <w:r>
        <w:rPr>
          <w:color w:val="003400"/>
        </w:rPr>
        <w:t>c</w:t>
      </w:r>
      <w:r w:rsidRPr="00106E10">
        <w:rPr>
          <w:color w:val="003400"/>
        </w:rPr>
        <w:t>onfidencialidad</w:t>
      </w:r>
    </w:p>
    <w:p w14:paraId="4BB778C3" w14:textId="77777777" w:rsidR="00106E10" w:rsidRPr="00106E10" w:rsidRDefault="00106E10" w:rsidP="00106E10">
      <w:pPr>
        <w:spacing w:after="160"/>
        <w:jc w:val="both"/>
      </w:pPr>
      <w:r w:rsidRPr="00106E10">
        <w:t>La información contenida en el presente documento es de carácter confidencial y está sujeta a reserva conforme a lo dispuesto en la Ley 1581 de 2012, el Decreto 1377 de 2013 y demás normas aplicables. Su uso indebido, divulgación no autorizada o tratamiento contrario a la ley podrá dar lugar a las sanciones civiles, administrativas y penales a que haya lugar.</w:t>
      </w:r>
    </w:p>
    <w:p w14:paraId="58A0B086" w14:textId="77777777" w:rsidR="00106E10" w:rsidRPr="00106E10" w:rsidRDefault="00106E10" w:rsidP="00106E10">
      <w:pPr>
        <w:jc w:val="both"/>
      </w:pPr>
    </w:p>
    <w:p w14:paraId="3C496749" w14:textId="77777777" w:rsidR="00106E10" w:rsidRPr="00106E10" w:rsidRDefault="00106E10" w:rsidP="00106E10">
      <w:pPr>
        <w:jc w:val="both"/>
        <w:rPr>
          <w:rFonts w:asciiTheme="majorHAnsi" w:eastAsiaTheme="majorEastAsia" w:hAnsiTheme="majorHAnsi" w:cstheme="majorBidi"/>
          <w:b/>
          <w:bCs/>
          <w:color w:val="003400"/>
          <w:sz w:val="28"/>
          <w:szCs w:val="28"/>
        </w:rPr>
      </w:pPr>
      <w:r w:rsidRPr="00106E10">
        <w:rPr>
          <w:rFonts w:asciiTheme="majorHAnsi" w:eastAsiaTheme="majorEastAsia" w:hAnsiTheme="majorHAnsi" w:cstheme="majorBidi"/>
          <w:b/>
          <w:bCs/>
          <w:color w:val="003400"/>
          <w:sz w:val="28"/>
          <w:szCs w:val="28"/>
        </w:rPr>
        <w:t>6. Instrucción para el aspirante</w:t>
      </w:r>
    </w:p>
    <w:p w14:paraId="6988523E" w14:textId="7488B735" w:rsidR="00106E10" w:rsidRPr="00106E10" w:rsidRDefault="00771430" w:rsidP="00106E10">
      <w:pPr>
        <w:jc w:val="both"/>
      </w:pPr>
      <w:r>
        <w:t xml:space="preserve">Diligencie </w:t>
      </w:r>
      <w:r w:rsidR="00106E10" w:rsidRPr="00106E10">
        <w:t xml:space="preserve">este documento, </w:t>
      </w:r>
      <w:r>
        <w:t>descárguelo</w:t>
      </w:r>
      <w:r w:rsidR="00106E10" w:rsidRPr="00106E10">
        <w:t>, fírmelo y cárguelo en el formulario de inscripción en formato PDF, junto con los demás documentos requeridos.</w:t>
      </w:r>
    </w:p>
    <w:p w14:paraId="099336BF" w14:textId="03156BB9" w:rsidR="00CF0FD9" w:rsidRDefault="00CF0FD9"/>
    <w:sectPr w:rsidR="00CF0FD9" w:rsidSect="00106E10">
      <w:headerReference w:type="default" r:id="rId9"/>
      <w:footerReference w:type="default" r:id="rId10"/>
      <w:pgSz w:w="12240" w:h="15840"/>
      <w:pgMar w:top="1134" w:right="1041" w:bottom="936" w:left="1152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594E08" w14:textId="77777777" w:rsidR="0049228E" w:rsidRPr="00106E10" w:rsidRDefault="0049228E">
      <w:pPr>
        <w:spacing w:after="0" w:line="240" w:lineRule="auto"/>
      </w:pPr>
      <w:r w:rsidRPr="00106E10">
        <w:separator/>
      </w:r>
    </w:p>
  </w:endnote>
  <w:endnote w:type="continuationSeparator" w:id="0">
    <w:p w14:paraId="3D8E2833" w14:textId="77777777" w:rsidR="0049228E" w:rsidRPr="00106E10" w:rsidRDefault="0049228E">
      <w:pPr>
        <w:spacing w:after="0" w:line="240" w:lineRule="auto"/>
      </w:pPr>
      <w:r w:rsidRPr="00106E1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9DA45" w14:textId="5A2A7F5E" w:rsidR="00CF0FD9" w:rsidRPr="00106E10" w:rsidRDefault="00CF0FD9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5D368" w14:textId="77777777" w:rsidR="0049228E" w:rsidRPr="00106E10" w:rsidRDefault="0049228E">
      <w:pPr>
        <w:spacing w:after="0" w:line="240" w:lineRule="auto"/>
      </w:pPr>
      <w:r w:rsidRPr="00106E10">
        <w:separator/>
      </w:r>
    </w:p>
  </w:footnote>
  <w:footnote w:type="continuationSeparator" w:id="0">
    <w:p w14:paraId="02D0DD7D" w14:textId="77777777" w:rsidR="0049228E" w:rsidRPr="00106E10" w:rsidRDefault="0049228E">
      <w:pPr>
        <w:spacing w:after="0" w:line="240" w:lineRule="auto"/>
      </w:pPr>
      <w:r w:rsidRPr="00106E1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6E572" w14:textId="0F92A0A3" w:rsidR="00805DFD" w:rsidRDefault="00805DFD" w:rsidP="00805DFD">
    <w:pPr>
      <w:pStyle w:val="Encabezado"/>
      <w:rPr>
        <w:color w:val="5A5A5A"/>
        <w:sz w:val="16"/>
      </w:rPr>
    </w:pPr>
    <w:r w:rsidRPr="00AF1D67">
      <w:rPr>
        <w:noProof/>
        <w:color w:val="5A5A5A"/>
        <w:sz w:val="16"/>
      </w:rPr>
      <w:drawing>
        <wp:anchor distT="0" distB="0" distL="114300" distR="114300" simplePos="0" relativeHeight="251658240" behindDoc="1" locked="0" layoutInCell="1" allowOverlap="1" wp14:anchorId="6488C163" wp14:editId="6D40E51A">
          <wp:simplePos x="0" y="0"/>
          <wp:positionH relativeFrom="column">
            <wp:posOffset>-45720</wp:posOffset>
          </wp:positionH>
          <wp:positionV relativeFrom="paragraph">
            <wp:posOffset>-8890</wp:posOffset>
          </wp:positionV>
          <wp:extent cx="1943100" cy="541655"/>
          <wp:effectExtent l="0" t="0" r="0" b="0"/>
          <wp:wrapTight wrapText="bothSides">
            <wp:wrapPolygon edited="0">
              <wp:start x="0" y="0"/>
              <wp:lineTo x="0" y="20511"/>
              <wp:lineTo x="21388" y="20511"/>
              <wp:lineTo x="21388" y="0"/>
              <wp:lineTo x="0" y="0"/>
            </wp:wrapPolygon>
          </wp:wrapTight>
          <wp:docPr id="53404731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8B6338C" w14:textId="438CE74F" w:rsidR="00A1179A" w:rsidRDefault="00A1179A" w:rsidP="00805DFD">
    <w:pPr>
      <w:pStyle w:val="Encabezado"/>
      <w:rPr>
        <w:color w:val="5A5A5A"/>
        <w:sz w:val="16"/>
      </w:rPr>
    </w:pPr>
  </w:p>
  <w:p w14:paraId="5FFB5D99" w14:textId="77777777" w:rsidR="00A1179A" w:rsidRDefault="00A1179A">
    <w:pPr>
      <w:pStyle w:val="Encabezado"/>
      <w:jc w:val="right"/>
      <w:rPr>
        <w:color w:val="5A5A5A"/>
        <w:sz w:val="16"/>
      </w:rPr>
    </w:pPr>
  </w:p>
  <w:p w14:paraId="01952F2B" w14:textId="245FC285" w:rsidR="00CF0FD9" w:rsidRDefault="004A5D3B">
    <w:pPr>
      <w:pStyle w:val="Encabezado"/>
      <w:jc w:val="right"/>
      <w:rPr>
        <w:color w:val="5A5A5A"/>
        <w:sz w:val="16"/>
      </w:rPr>
    </w:pPr>
    <w:r w:rsidRPr="00106E10">
      <w:rPr>
        <w:color w:val="5A5A5A"/>
        <w:sz w:val="16"/>
      </w:rPr>
      <w:t>Universidad Externado de Colombia | Convocatoria CTCP</w:t>
    </w:r>
  </w:p>
  <w:p w14:paraId="4F5ACA9B" w14:textId="77777777" w:rsidR="00A1179A" w:rsidRDefault="00A1179A">
    <w:pPr>
      <w:pStyle w:val="Encabezado"/>
      <w:jc w:val="right"/>
      <w:rPr>
        <w:color w:val="5A5A5A"/>
        <w:sz w:val="16"/>
      </w:rPr>
    </w:pPr>
  </w:p>
  <w:p w14:paraId="60CF1C1A" w14:textId="77777777" w:rsidR="00A1179A" w:rsidRPr="00106E10" w:rsidRDefault="00A1179A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32288024">
    <w:abstractNumId w:val="8"/>
  </w:num>
  <w:num w:numId="2" w16cid:durableId="1414743344">
    <w:abstractNumId w:val="6"/>
  </w:num>
  <w:num w:numId="3" w16cid:durableId="205486418">
    <w:abstractNumId w:val="5"/>
  </w:num>
  <w:num w:numId="4" w16cid:durableId="287975905">
    <w:abstractNumId w:val="4"/>
  </w:num>
  <w:num w:numId="5" w16cid:durableId="1188258478">
    <w:abstractNumId w:val="7"/>
  </w:num>
  <w:num w:numId="6" w16cid:durableId="1963530890">
    <w:abstractNumId w:val="3"/>
  </w:num>
  <w:num w:numId="7" w16cid:durableId="1116604932">
    <w:abstractNumId w:val="2"/>
  </w:num>
  <w:num w:numId="8" w16cid:durableId="1409501526">
    <w:abstractNumId w:val="1"/>
  </w:num>
  <w:num w:numId="9" w16cid:durableId="1702315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06E10"/>
    <w:rsid w:val="0015074B"/>
    <w:rsid w:val="001710A5"/>
    <w:rsid w:val="0029639D"/>
    <w:rsid w:val="003020F3"/>
    <w:rsid w:val="00326F90"/>
    <w:rsid w:val="0049228E"/>
    <w:rsid w:val="004A5D3B"/>
    <w:rsid w:val="00771430"/>
    <w:rsid w:val="00805DFD"/>
    <w:rsid w:val="00A1179A"/>
    <w:rsid w:val="00A54FEE"/>
    <w:rsid w:val="00AA1D8D"/>
    <w:rsid w:val="00AE38B1"/>
    <w:rsid w:val="00AF1D67"/>
    <w:rsid w:val="00B203FA"/>
    <w:rsid w:val="00B47730"/>
    <w:rsid w:val="00C33FD1"/>
    <w:rsid w:val="00CB0664"/>
    <w:rsid w:val="00CF0FD9"/>
    <w:rsid w:val="00D25106"/>
    <w:rsid w:val="00F91CB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B6F5490"/>
  <w14:defaultImageDpi w14:val="330"/>
  <w15:docId w15:val="{5514FB94-835C-42EA-BA90-0B23760DC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pPr>
      <w:spacing w:after="120" w:line="259" w:lineRule="auto"/>
    </w:pPr>
    <w:rPr>
      <w:rFonts w:ascii="Arial" w:eastAsia="Arial" w:hAnsi="Arial"/>
      <w:sz w:val="20"/>
      <w:lang w:val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1F4E79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F4E79"/>
      <w:sz w:val="24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F4E79"/>
      <w:sz w:val="2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vnculo">
    <w:name w:val="Hyperlink"/>
    <w:basedOn w:val="Fuentedeprrafopredeter"/>
    <w:uiPriority w:val="99"/>
    <w:unhideWhenUsed/>
    <w:rsid w:val="004A5D3B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A5D3B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F91CB0"/>
    <w:rPr>
      <w:color w:val="800080" w:themeColor="followed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AF1D6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externado.edu.co/politicasdeprivacidad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F289904FD524B4FB310FD8210F045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C767DF-53DA-4BEC-AE3F-71BA26F49D54}"/>
      </w:docPartPr>
      <w:docPartBody>
        <w:p w:rsidR="00005E51" w:rsidRDefault="00F108BE" w:rsidP="00F108BE">
          <w:pPr>
            <w:pStyle w:val="8F289904FD524B4FB310FD8210F045884"/>
          </w:pPr>
          <w:r w:rsidRPr="00643BA9">
            <w:rPr>
              <w:rStyle w:val="Textodelmarcadordeposicin"/>
              <w:lang w:val="en-US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8BE"/>
    <w:rsid w:val="00005E51"/>
    <w:rsid w:val="001710A5"/>
    <w:rsid w:val="0028578F"/>
    <w:rsid w:val="00C33FD1"/>
    <w:rsid w:val="00C3544E"/>
    <w:rsid w:val="00F10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O" w:eastAsia="es-C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108BE"/>
    <w:rPr>
      <w:color w:val="666666"/>
    </w:rPr>
  </w:style>
  <w:style w:type="paragraph" w:customStyle="1" w:styleId="8F289904FD524B4FB310FD8210F045884">
    <w:name w:val="8F289904FD524B4FB310FD8210F045884"/>
    <w:rsid w:val="00F108BE"/>
    <w:pPr>
      <w:spacing w:after="120" w:line="259" w:lineRule="auto"/>
    </w:pPr>
    <w:rPr>
      <w:rFonts w:ascii="Arial" w:eastAsia="Arial" w:hAnsi="Arial"/>
      <w:kern w:val="0"/>
      <w:sz w:val="20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1025</Words>
  <Characters>5641</Characters>
  <Application>Microsoft Office Word</Application>
  <DocSecurity>0</DocSecurity>
  <Lines>47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6653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Gisselle Giovanna Forero Romero</cp:lastModifiedBy>
  <cp:revision>3</cp:revision>
  <cp:lastPrinted>2026-06-01T18:38:00Z</cp:lastPrinted>
  <dcterms:created xsi:type="dcterms:W3CDTF">2026-06-01T19:04:00Z</dcterms:created>
  <dcterms:modified xsi:type="dcterms:W3CDTF">2026-06-01T19:06:00Z</dcterms:modified>
  <cp:category/>
</cp:coreProperties>
</file>