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C6905" w14:textId="77777777" w:rsidR="00B806B9" w:rsidRPr="00B806B9" w:rsidRDefault="00B806B9" w:rsidP="00B806B9">
      <w:pPr>
        <w:spacing w:after="0"/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p w14:paraId="74CBCBF2" w14:textId="093A549B" w:rsidR="0099313F" w:rsidRPr="00B806B9" w:rsidRDefault="00AC5053" w:rsidP="00A51071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  <w:r w:rsidRPr="00B806B9">
        <w:rPr>
          <w:rFonts w:ascii="Segoe UI Semibold" w:hAnsi="Segoe UI Semibold" w:cs="Segoe UI Semibold"/>
          <w:sz w:val="24"/>
          <w:szCs w:val="24"/>
          <w:lang w:val="es-CO"/>
        </w:rPr>
        <w:t>E</w:t>
      </w:r>
      <w:r w:rsidR="00A51071"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l </w:t>
      </w:r>
      <w:r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propósito </w:t>
      </w:r>
      <w:r w:rsidR="008D121E" w:rsidRPr="00B806B9">
        <w:rPr>
          <w:rFonts w:ascii="Segoe UI Semibold" w:hAnsi="Segoe UI Semibold" w:cs="Segoe UI Semibold"/>
          <w:sz w:val="24"/>
          <w:szCs w:val="24"/>
          <w:lang w:val="es-CO"/>
        </w:rPr>
        <w:t>de este</w:t>
      </w:r>
      <w:r w:rsidR="00E6765F"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 plan de gestión de datos </w:t>
      </w:r>
      <w:r w:rsidRPr="00B806B9">
        <w:rPr>
          <w:rFonts w:ascii="Segoe UI Semibold" w:hAnsi="Segoe UI Semibold" w:cs="Segoe UI Semibold"/>
          <w:sz w:val="24"/>
          <w:szCs w:val="24"/>
          <w:lang w:val="es-CO"/>
        </w:rPr>
        <w:t>es garantizar la correcta gestión, preservación y acceso a los datos de investigación.</w:t>
      </w:r>
      <w:r w:rsidR="00A51071"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 </w:t>
      </w:r>
      <w:r w:rsidR="003D21DE"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Agradecemos </w:t>
      </w:r>
      <w:r w:rsidR="007065E2" w:rsidRPr="00B806B9">
        <w:rPr>
          <w:rFonts w:ascii="Segoe UI Semibold" w:hAnsi="Segoe UI Semibold" w:cs="Segoe UI Semibold"/>
          <w:sz w:val="24"/>
          <w:szCs w:val="24"/>
          <w:lang w:val="es-CO"/>
        </w:rPr>
        <w:t>diligenciar e</w:t>
      </w:r>
      <w:r w:rsidR="00A51071" w:rsidRPr="00B806B9">
        <w:rPr>
          <w:rFonts w:ascii="Segoe UI Semibold" w:hAnsi="Segoe UI Semibold" w:cs="Segoe UI Semibold"/>
          <w:sz w:val="24"/>
          <w:szCs w:val="24"/>
          <w:lang w:val="es-CO"/>
        </w:rPr>
        <w:t>ste plan al iniciar el proyecto y</w:t>
      </w:r>
      <w:r w:rsidR="00445DD8"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 con cada </w:t>
      </w:r>
      <w:r w:rsidR="00A51071" w:rsidRPr="00B806B9">
        <w:rPr>
          <w:rFonts w:ascii="Segoe UI Semibold" w:hAnsi="Segoe UI Semibold" w:cs="Segoe UI Semibold"/>
          <w:sz w:val="24"/>
          <w:szCs w:val="24"/>
          <w:lang w:val="es-CO"/>
        </w:rPr>
        <w:t>actualiza</w:t>
      </w:r>
      <w:r w:rsidR="00445DD8" w:rsidRPr="00B806B9">
        <w:rPr>
          <w:rFonts w:ascii="Segoe UI Semibold" w:hAnsi="Segoe UI Semibold" w:cs="Segoe UI Semibold"/>
          <w:sz w:val="24"/>
          <w:szCs w:val="24"/>
          <w:lang w:val="es-CO"/>
        </w:rPr>
        <w:t>ción que se realice: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93"/>
        <w:gridCol w:w="79"/>
        <w:gridCol w:w="3791"/>
        <w:gridCol w:w="174"/>
        <w:gridCol w:w="1693"/>
      </w:tblGrid>
      <w:tr w:rsidR="005B1308" w:rsidRPr="00B806B9" w14:paraId="4987698C" w14:textId="77777777" w:rsidTr="0053255D">
        <w:trPr>
          <w:trHeight w:val="480"/>
        </w:trPr>
        <w:tc>
          <w:tcPr>
            <w:tcW w:w="8630" w:type="dxa"/>
            <w:gridSpan w:val="5"/>
            <w:shd w:val="clear" w:color="000000" w:fill="12501A"/>
            <w:vAlign w:val="center"/>
            <w:hideMark/>
          </w:tcPr>
          <w:p w14:paraId="3DF05F5E" w14:textId="77777777" w:rsidR="005B1308" w:rsidRPr="00B806B9" w:rsidRDefault="005B1308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FFFFFF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FFFFFF"/>
                <w:lang w:val="es-CO" w:eastAsia="es-CO"/>
              </w:rPr>
              <w:t>INFORMACIÓN ADMINISTRATIVA</w:t>
            </w:r>
          </w:p>
        </w:tc>
      </w:tr>
      <w:tr w:rsidR="005B1308" w:rsidRPr="00C0234E" w14:paraId="1A9FA912" w14:textId="77777777" w:rsidTr="00F22F9E">
        <w:trPr>
          <w:trHeight w:val="717"/>
        </w:trPr>
        <w:tc>
          <w:tcPr>
            <w:tcW w:w="2972" w:type="dxa"/>
            <w:gridSpan w:val="2"/>
            <w:vAlign w:val="center"/>
            <w:hideMark/>
          </w:tcPr>
          <w:p w14:paraId="6AE8F5E0" w14:textId="77777777" w:rsidR="005B1308" w:rsidRPr="00B806B9" w:rsidRDefault="005B1308" w:rsidP="0075054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Título completo del conjunto de datos</w:t>
            </w:r>
          </w:p>
        </w:tc>
        <w:tc>
          <w:tcPr>
            <w:tcW w:w="5658" w:type="dxa"/>
            <w:gridSpan w:val="3"/>
            <w:noWrap/>
            <w:vAlign w:val="bottom"/>
            <w:hideMark/>
          </w:tcPr>
          <w:p w14:paraId="780D8E9E" w14:textId="77777777" w:rsidR="005B1308" w:rsidRPr="00B806B9" w:rsidRDefault="005B1308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  <w:p w14:paraId="1E0CCECD" w14:textId="77777777" w:rsidR="000C5C4D" w:rsidRPr="00B806B9" w:rsidRDefault="000C5C4D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062D804C" w14:textId="77777777" w:rsidR="000C5C4D" w:rsidRPr="00B806B9" w:rsidRDefault="000C5C4D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0C5C4D" w:rsidRPr="00C0234E" w14:paraId="5F3B2177" w14:textId="77777777" w:rsidTr="0053255D">
        <w:trPr>
          <w:trHeight w:val="287"/>
        </w:trPr>
        <w:tc>
          <w:tcPr>
            <w:tcW w:w="8630" w:type="dxa"/>
            <w:gridSpan w:val="5"/>
            <w:shd w:val="clear" w:color="000000" w:fill="12501A"/>
            <w:vAlign w:val="bottom"/>
            <w:hideMark/>
          </w:tcPr>
          <w:p w14:paraId="7D59205A" w14:textId="0A50343D" w:rsidR="000C5C4D" w:rsidRPr="00B806B9" w:rsidRDefault="000C5C4D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44711C" w:rsidRPr="00C0234E" w14:paraId="5C5081B8" w14:textId="77777777" w:rsidTr="0091093F">
        <w:trPr>
          <w:trHeight w:val="480"/>
        </w:trPr>
        <w:tc>
          <w:tcPr>
            <w:tcW w:w="2893" w:type="dxa"/>
            <w:vAlign w:val="center"/>
            <w:hideMark/>
          </w:tcPr>
          <w:p w14:paraId="7A7FCD56" w14:textId="77777777" w:rsidR="0044711C" w:rsidRPr="00B806B9" w:rsidRDefault="0044711C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Persona(s) y/o institución(es) responsables de la generación de los datos:</w:t>
            </w: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2E5269E7" w14:textId="77777777" w:rsidR="0044711C" w:rsidRPr="00B806B9" w:rsidRDefault="0044711C" w:rsidP="00750544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5B37B682" w14:textId="50240C47" w:rsidR="0044711C" w:rsidRPr="00B806B9" w:rsidRDefault="0044711C" w:rsidP="00CB0B4D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Nombre</w:t>
            </w:r>
            <w:r w:rsidR="00CB0B4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</w:t>
            </w:r>
          </w:p>
          <w:p w14:paraId="7490C5CC" w14:textId="056E60C7" w:rsidR="009A0813" w:rsidRPr="00B806B9" w:rsidRDefault="009A0813" w:rsidP="00CB0B4D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Correo electrónico</w:t>
            </w:r>
            <w:r w:rsidR="00CB0B4D"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:</w:t>
            </w:r>
            <w:r w:rsidR="00CB0B4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___________________________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</w:p>
          <w:p w14:paraId="2D0F1FBD" w14:textId="7C91EE42" w:rsidR="009A0813" w:rsidRPr="00B806B9" w:rsidRDefault="009A0813" w:rsidP="00CB0B4D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ORCID</w:t>
            </w:r>
            <w:r w:rsidR="00CB0B4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_____________________________________</w:t>
            </w:r>
          </w:p>
          <w:p w14:paraId="44814062" w14:textId="7FCCC29A" w:rsidR="009A0813" w:rsidRPr="00B806B9" w:rsidRDefault="009A0813" w:rsidP="00CB0B4D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ResearcherID</w:t>
            </w:r>
            <w:r w:rsidR="00CB0B4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</w:t>
            </w:r>
          </w:p>
          <w:p w14:paraId="51759FAC" w14:textId="1DAE6991" w:rsidR="009A0813" w:rsidRPr="00B806B9" w:rsidRDefault="009A0813" w:rsidP="00CB0B4D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ScopusID</w:t>
            </w:r>
            <w:r w:rsidR="00CB0B4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</w:t>
            </w:r>
          </w:p>
          <w:p w14:paraId="43A9989C" w14:textId="5902CB22" w:rsidR="0044711C" w:rsidRPr="00B806B9" w:rsidRDefault="0044711C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B66534" w:rsidRPr="00B806B9" w14:paraId="674E1BBF" w14:textId="77777777" w:rsidTr="0091093F">
        <w:trPr>
          <w:trHeight w:val="480"/>
        </w:trPr>
        <w:tc>
          <w:tcPr>
            <w:tcW w:w="2893" w:type="dxa"/>
            <w:vAlign w:val="center"/>
          </w:tcPr>
          <w:p w14:paraId="01078142" w14:textId="11FD59FB" w:rsidR="00B66534" w:rsidRPr="00B806B9" w:rsidRDefault="00B66534" w:rsidP="00750544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Persona(s) y/o institución(es) responsables de la generación de los datos: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7C6F49F3" w14:textId="77777777" w:rsidR="00773A29" w:rsidRPr="00B806B9" w:rsidRDefault="00773A29" w:rsidP="00B66534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22D59041" w14:textId="6FD5E997" w:rsidR="00B66534" w:rsidRPr="00B806B9" w:rsidRDefault="00B66534" w:rsidP="00B66534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Nombre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</w:t>
            </w:r>
          </w:p>
          <w:p w14:paraId="760BDA0A" w14:textId="77777777" w:rsidR="00B66534" w:rsidRPr="00B806B9" w:rsidRDefault="00B66534" w:rsidP="00B66534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Correo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electrónico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: ___________________________ </w:t>
            </w:r>
          </w:p>
          <w:p w14:paraId="3FB895F6" w14:textId="77777777" w:rsidR="00B66534" w:rsidRPr="00B806B9" w:rsidRDefault="00B66534" w:rsidP="00B66534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ORCID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_____________________________________</w:t>
            </w:r>
          </w:p>
          <w:p w14:paraId="275DE09A" w14:textId="77777777" w:rsidR="00B66534" w:rsidRPr="00B806B9" w:rsidRDefault="00B66534" w:rsidP="00B66534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ResearcherID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</w:t>
            </w:r>
          </w:p>
          <w:p w14:paraId="24CE2E91" w14:textId="77777777" w:rsidR="00B66534" w:rsidRPr="00B806B9" w:rsidRDefault="00B66534" w:rsidP="00B66534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ScopusID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</w:t>
            </w:r>
          </w:p>
          <w:p w14:paraId="266D03EA" w14:textId="77777777" w:rsidR="00B66534" w:rsidRPr="00B806B9" w:rsidRDefault="00B66534" w:rsidP="00B66534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17F684B7" w14:textId="577E2C71" w:rsidR="00773A29" w:rsidRPr="00B806B9" w:rsidRDefault="00773A29" w:rsidP="00B66534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53255D" w:rsidRPr="00B806B9" w14:paraId="7183CA49" w14:textId="77777777" w:rsidTr="0091093F">
        <w:trPr>
          <w:trHeight w:val="480"/>
        </w:trPr>
        <w:tc>
          <w:tcPr>
            <w:tcW w:w="2893" w:type="dxa"/>
            <w:vAlign w:val="center"/>
          </w:tcPr>
          <w:p w14:paraId="7F471609" w14:textId="77777777" w:rsidR="00773A29" w:rsidRPr="00B806B9" w:rsidRDefault="00773A29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Persona(s) y/o institución(es) responsables de la generación de los datos: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65254F01" w14:textId="77777777" w:rsidR="00773A29" w:rsidRPr="00B806B9" w:rsidRDefault="00773A29" w:rsidP="00A76F53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6354BD64" w14:textId="77777777" w:rsidR="00773A29" w:rsidRPr="00B806B9" w:rsidRDefault="00773A29" w:rsidP="00A76F53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Nombre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</w:t>
            </w:r>
          </w:p>
          <w:p w14:paraId="44F291F9" w14:textId="77777777" w:rsidR="00773A29" w:rsidRPr="00B806B9" w:rsidRDefault="00773A29" w:rsidP="00A76F53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Correo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electrónico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: ___________________________ </w:t>
            </w:r>
          </w:p>
          <w:p w14:paraId="28D6E5D5" w14:textId="77777777" w:rsidR="00773A29" w:rsidRPr="00B806B9" w:rsidRDefault="00773A29" w:rsidP="00A76F53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ORCID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_____________________________________</w:t>
            </w:r>
          </w:p>
          <w:p w14:paraId="573BF731" w14:textId="77777777" w:rsidR="00773A29" w:rsidRPr="00B806B9" w:rsidRDefault="00773A29" w:rsidP="00A76F53">
            <w:pPr>
              <w:spacing w:after="0" w:line="36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ResearcherID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</w:t>
            </w:r>
          </w:p>
          <w:p w14:paraId="3286F256" w14:textId="77777777" w:rsidR="00773A29" w:rsidRPr="00B806B9" w:rsidRDefault="00773A29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ScopusID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: __________________________________</w:t>
            </w:r>
          </w:p>
          <w:p w14:paraId="1DBCDD55" w14:textId="77777777" w:rsidR="00773A29" w:rsidRPr="00B806B9" w:rsidRDefault="00773A29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33444F" w:rsidRPr="00C0234E" w14:paraId="11AA5A39" w14:textId="77777777" w:rsidTr="0091093F">
        <w:trPr>
          <w:trHeight w:val="2130"/>
        </w:trPr>
        <w:tc>
          <w:tcPr>
            <w:tcW w:w="2893" w:type="dxa"/>
            <w:vAlign w:val="center"/>
            <w:hideMark/>
          </w:tcPr>
          <w:p w14:paraId="65F2218D" w14:textId="77777777" w:rsidR="0033444F" w:rsidRPr="00B806B9" w:rsidRDefault="0033444F" w:rsidP="0075054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lastRenderedPageBreak/>
              <w:t>Descripción</w:t>
            </w:r>
          </w:p>
          <w:p w14:paraId="3A746572" w14:textId="5DE2599D" w:rsidR="0033444F" w:rsidRPr="00B806B9" w:rsidRDefault="0033444F" w:rsidP="0075054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br/>
            </w:r>
            <w:r w:rsidR="006C46FF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Breve r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esumen </w:t>
            </w:r>
            <w:r w:rsidR="006C46FF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que 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describ</w:t>
            </w:r>
            <w:r w:rsidR="006C46FF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a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 el </w:t>
            </w:r>
            <w:r w:rsidR="006C46FF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propósito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, naturaleza y alcance </w:t>
            </w:r>
            <w:r w:rsidR="00254C43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del conjunto de datos</w:t>
            </w:r>
          </w:p>
        </w:tc>
        <w:tc>
          <w:tcPr>
            <w:tcW w:w="5737" w:type="dxa"/>
            <w:gridSpan w:val="4"/>
            <w:noWrap/>
            <w:vAlign w:val="bottom"/>
            <w:hideMark/>
          </w:tcPr>
          <w:p w14:paraId="1E648761" w14:textId="4ED471CF" w:rsidR="0033444F" w:rsidRPr="00B806B9" w:rsidRDefault="0033444F" w:rsidP="00FB4150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A966B9" w:rsidRPr="00B806B9" w14:paraId="73282AF8" w14:textId="77777777" w:rsidTr="0091093F">
        <w:trPr>
          <w:trHeight w:val="480"/>
        </w:trPr>
        <w:tc>
          <w:tcPr>
            <w:tcW w:w="2893" w:type="dxa"/>
            <w:vAlign w:val="center"/>
          </w:tcPr>
          <w:p w14:paraId="3969AE56" w14:textId="77777777" w:rsidR="00A966B9" w:rsidRPr="00B806B9" w:rsidRDefault="00A966B9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Materia</w:t>
            </w:r>
          </w:p>
          <w:p w14:paraId="325FCD5C" w14:textId="77777777" w:rsidR="009E68A5" w:rsidRPr="00B806B9" w:rsidRDefault="009E68A5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  <w:p w14:paraId="5E23DFD7" w14:textId="77AD2B81" w:rsidR="009E68A5" w:rsidRPr="00B806B9" w:rsidRDefault="00DC3805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Á</w:t>
            </w:r>
            <w:r w:rsidR="0050156A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rea de estudio del </w:t>
            </w:r>
            <w:r w:rsidR="005243CE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conjunto de datos 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3C6A2003" w14:textId="397DEA66" w:rsidR="00A966B9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701464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991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AA3A4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</w:t>
            </w:r>
            <w:r w:rsidR="005F17DC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agrarias</w:t>
            </w:r>
          </w:p>
          <w:p w14:paraId="32147259" w14:textId="77777777" w:rsidR="00290BC8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493638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BC8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290BC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Artes y humanidades</w:t>
            </w:r>
          </w:p>
          <w:p w14:paraId="061FBE5E" w14:textId="77777777" w:rsidR="00290BC8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851030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BC8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290BC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Astronomía y astrofísica</w:t>
            </w:r>
          </w:p>
          <w:p w14:paraId="6755F205" w14:textId="77777777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086656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Administración y empresas</w:t>
            </w:r>
          </w:p>
          <w:p w14:paraId="6F390A7C" w14:textId="77777777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391313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Química</w:t>
            </w:r>
          </w:p>
          <w:p w14:paraId="0820EEBC" w14:textId="5238963B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40135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de la información y computación</w:t>
            </w:r>
          </w:p>
          <w:p w14:paraId="4B137C9B" w14:textId="5A9747C8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98074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de la tierra y el medioambiente</w:t>
            </w:r>
          </w:p>
          <w:p w14:paraId="2A7FA92B" w14:textId="16595827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2042931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Ingeniería</w:t>
            </w:r>
          </w:p>
          <w:p w14:paraId="019FC36D" w14:textId="22C5C138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602257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Derecho</w:t>
            </w:r>
          </w:p>
          <w:p w14:paraId="7876204D" w14:textId="5298727C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47750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matemáticas</w:t>
            </w:r>
          </w:p>
          <w:p w14:paraId="5663C9B5" w14:textId="4D3E045D" w:rsidR="00CE52A3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998562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2A3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CE52A3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médicas, de la salud y de la vida</w:t>
            </w:r>
          </w:p>
          <w:p w14:paraId="4A77FE9F" w14:textId="786FF206" w:rsidR="00ED30F8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768199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30F8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ED30F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Física</w:t>
            </w:r>
          </w:p>
          <w:p w14:paraId="41C0CFA2" w14:textId="1CEA569E" w:rsidR="00ED30F8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410695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30F8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ED30F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Ciencias Sociales</w:t>
            </w:r>
          </w:p>
          <w:p w14:paraId="5DA8A7DE" w14:textId="77777777" w:rsidR="00ED30F8" w:rsidRPr="00B806B9" w:rsidRDefault="00E833AB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354083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30F8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ED30F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Otra: ____________________________________</w:t>
            </w:r>
          </w:p>
          <w:p w14:paraId="214F1D6A" w14:textId="4C184C1A" w:rsidR="001333B3" w:rsidRPr="00B806B9" w:rsidRDefault="001333B3" w:rsidP="0053660F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07561E" w:rsidRPr="00C0234E" w14:paraId="3B1C0801" w14:textId="77777777" w:rsidTr="0091093F">
        <w:trPr>
          <w:trHeight w:val="480"/>
        </w:trPr>
        <w:tc>
          <w:tcPr>
            <w:tcW w:w="2893" w:type="dxa"/>
            <w:vMerge w:val="restart"/>
            <w:vAlign w:val="center"/>
            <w:hideMark/>
          </w:tcPr>
          <w:p w14:paraId="13AD87A5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Palabras clave</w:t>
            </w:r>
          </w:p>
          <w:p w14:paraId="4D52039D" w14:textId="77777777" w:rsidR="00215929" w:rsidRPr="00B806B9" w:rsidRDefault="00215929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  <w:p w14:paraId="2A5E3866" w14:textId="4DDF2A88" w:rsidR="00215929" w:rsidRPr="00B806B9" w:rsidRDefault="005243C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Términos</w:t>
            </w:r>
            <w:r w:rsidR="00215929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 clave 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que describen aspectos importantes del conjunto de datos</w:t>
            </w: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7BA66FCD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07561E" w:rsidRPr="00C0234E" w14:paraId="5D6117D3" w14:textId="77777777" w:rsidTr="0091093F">
        <w:trPr>
          <w:trHeight w:val="480"/>
        </w:trPr>
        <w:tc>
          <w:tcPr>
            <w:tcW w:w="2893" w:type="dxa"/>
            <w:vMerge/>
            <w:vAlign w:val="center"/>
            <w:hideMark/>
          </w:tcPr>
          <w:p w14:paraId="3D6BE402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6F16EBCD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07561E" w:rsidRPr="00C0234E" w14:paraId="1807E447" w14:textId="77777777" w:rsidTr="0091093F">
        <w:trPr>
          <w:trHeight w:val="480"/>
        </w:trPr>
        <w:tc>
          <w:tcPr>
            <w:tcW w:w="2893" w:type="dxa"/>
            <w:vMerge/>
            <w:vAlign w:val="center"/>
            <w:hideMark/>
          </w:tcPr>
          <w:p w14:paraId="70DBD955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3D2D905C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07561E" w:rsidRPr="00C0234E" w14:paraId="14FBAB5C" w14:textId="77777777" w:rsidTr="0091093F">
        <w:trPr>
          <w:trHeight w:val="480"/>
        </w:trPr>
        <w:tc>
          <w:tcPr>
            <w:tcW w:w="2893" w:type="dxa"/>
            <w:vMerge/>
            <w:vAlign w:val="center"/>
            <w:hideMark/>
          </w:tcPr>
          <w:p w14:paraId="01CD3CE2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39A54959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07561E" w:rsidRPr="00C0234E" w14:paraId="564A1754" w14:textId="77777777" w:rsidTr="0091093F">
        <w:trPr>
          <w:trHeight w:val="480"/>
        </w:trPr>
        <w:tc>
          <w:tcPr>
            <w:tcW w:w="2893" w:type="dxa"/>
            <w:vMerge/>
            <w:vAlign w:val="center"/>
            <w:hideMark/>
          </w:tcPr>
          <w:p w14:paraId="15E9B29B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4175910B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 </w:t>
            </w:r>
          </w:p>
        </w:tc>
      </w:tr>
      <w:tr w:rsidR="0007561E" w:rsidRPr="00B806B9" w14:paraId="51668D09" w14:textId="77777777" w:rsidTr="0091093F">
        <w:trPr>
          <w:trHeight w:val="378"/>
        </w:trPr>
        <w:tc>
          <w:tcPr>
            <w:tcW w:w="2893" w:type="dxa"/>
            <w:vAlign w:val="center"/>
            <w:hideMark/>
          </w:tcPr>
          <w:p w14:paraId="698AB6C4" w14:textId="77777777" w:rsidR="0007561E" w:rsidRPr="00B806B9" w:rsidRDefault="0007561E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Publicación relacionada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18ADE220" w14:textId="77777777" w:rsidR="00D93DB6" w:rsidRPr="00B806B9" w:rsidRDefault="00D93DB6" w:rsidP="00BF17F7">
            <w:pPr>
              <w:spacing w:after="0" w:line="480" w:lineRule="auto"/>
              <w:jc w:val="both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  <w:p w14:paraId="0C0DB84B" w14:textId="087C03E3" w:rsidR="00B91DA4" w:rsidRPr="00B806B9" w:rsidRDefault="00B91DA4" w:rsidP="00BF17F7">
            <w:pPr>
              <w:spacing w:after="0" w:line="480" w:lineRule="auto"/>
              <w:jc w:val="both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Título: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ab/>
              <w:t>_____________________________________</w:t>
            </w:r>
          </w:p>
          <w:p w14:paraId="0563C030" w14:textId="77777777" w:rsidR="00B91DA4" w:rsidRPr="00B806B9" w:rsidRDefault="00B91DA4" w:rsidP="00BF17F7">
            <w:pPr>
              <w:spacing w:after="0" w:line="480" w:lineRule="auto"/>
              <w:jc w:val="both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DOI: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ab/>
              <w:t>_____________________________________</w:t>
            </w:r>
          </w:p>
          <w:p w14:paraId="5ED0989D" w14:textId="77777777" w:rsidR="00B91DA4" w:rsidRPr="00B806B9" w:rsidRDefault="00B91DA4" w:rsidP="00BF17F7">
            <w:pPr>
              <w:spacing w:after="0" w:line="480" w:lineRule="auto"/>
              <w:jc w:val="both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ISBN: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ab/>
              <w:t>_____________________________________</w:t>
            </w:r>
          </w:p>
          <w:p w14:paraId="09926CDA" w14:textId="0CF76269" w:rsidR="00B91DA4" w:rsidRPr="00B806B9" w:rsidRDefault="00B91DA4" w:rsidP="00FB4150">
            <w:pPr>
              <w:spacing w:after="0" w:line="480" w:lineRule="auto"/>
              <w:jc w:val="both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ISSN:</w:t>
            </w:r>
            <w:r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ab/>
              <w:t>___________________________________</w:t>
            </w:r>
            <w:r w:rsidR="00FB4150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__</w:t>
            </w:r>
          </w:p>
        </w:tc>
      </w:tr>
      <w:tr w:rsidR="00A85D4C" w:rsidRPr="00C0234E" w14:paraId="2D12408B" w14:textId="77777777" w:rsidTr="0091093F">
        <w:trPr>
          <w:trHeight w:val="1560"/>
        </w:trPr>
        <w:tc>
          <w:tcPr>
            <w:tcW w:w="2893" w:type="dxa"/>
            <w:vAlign w:val="center"/>
          </w:tcPr>
          <w:p w14:paraId="7BF30DBD" w14:textId="523393E2" w:rsidR="006A4E64" w:rsidRPr="00B806B9" w:rsidRDefault="006A4E64" w:rsidP="006A4E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lastRenderedPageBreak/>
              <w:t>Notas</w:t>
            </w:r>
          </w:p>
          <w:p w14:paraId="36630EB6" w14:textId="77777777" w:rsidR="006A4E64" w:rsidRPr="00B806B9" w:rsidRDefault="006A4E64" w:rsidP="006A4E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  <w:p w14:paraId="457028BA" w14:textId="17DC9A07" w:rsidR="00A85D4C" w:rsidRPr="00B806B9" w:rsidRDefault="0024617A" w:rsidP="006A4E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Información adicional importante sobre el conjunto de datos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7AD734D1" w14:textId="1173AA91" w:rsidR="00A85D4C" w:rsidRPr="00B806B9" w:rsidRDefault="00A85D4C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A85D4C" w:rsidRPr="00B806B9" w14:paraId="7F2E5049" w14:textId="77777777" w:rsidTr="0091093F">
        <w:trPr>
          <w:trHeight w:val="1560"/>
        </w:trPr>
        <w:tc>
          <w:tcPr>
            <w:tcW w:w="2893" w:type="dxa"/>
            <w:vAlign w:val="center"/>
          </w:tcPr>
          <w:p w14:paraId="3BAF1D59" w14:textId="75A5DE33" w:rsidR="00AE2764" w:rsidRPr="00B806B9" w:rsidRDefault="00E732C9" w:rsidP="00AE27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Colaborador</w:t>
            </w:r>
          </w:p>
          <w:p w14:paraId="4805A16B" w14:textId="77777777" w:rsidR="00AE2764" w:rsidRPr="00B806B9" w:rsidRDefault="00AE2764" w:rsidP="00AE27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</w:p>
          <w:p w14:paraId="42017236" w14:textId="1B0E67A8" w:rsidR="00A85D4C" w:rsidRPr="00B806B9" w:rsidRDefault="00AE2764" w:rsidP="00AE2764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Información adicional importante sobre el conjunto de datos</w:t>
            </w:r>
          </w:p>
        </w:tc>
        <w:tc>
          <w:tcPr>
            <w:tcW w:w="5737" w:type="dxa"/>
            <w:gridSpan w:val="4"/>
            <w:noWrap/>
            <w:vAlign w:val="center"/>
          </w:tcPr>
          <w:p w14:paraId="3CED5BA2" w14:textId="77777777" w:rsidR="00A85D4C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794017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2496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5D2496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Recolector de datos</w:t>
            </w:r>
          </w:p>
          <w:p w14:paraId="667902DB" w14:textId="6613DB79" w:rsidR="005E19CE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547960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19CE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5E19CE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C</w:t>
            </w:r>
            <w:r w:rsidR="000A3D0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onservador/Revisor de datos</w:t>
            </w:r>
          </w:p>
          <w:p w14:paraId="3C4E83AC" w14:textId="0B9284CC" w:rsidR="005E19CE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763828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19CE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5E19CE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7B55F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Administrador de datos</w:t>
            </w:r>
          </w:p>
          <w:p w14:paraId="4B2D061A" w14:textId="70687291" w:rsidR="005E19CE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44673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19CE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5E19CE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7B55F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Editor</w:t>
            </w:r>
          </w:p>
          <w:p w14:paraId="6BF0D81D" w14:textId="77777777" w:rsidR="005E19CE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849304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19CE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5E19CE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7B55F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Agencia de financiación</w:t>
            </w:r>
          </w:p>
          <w:p w14:paraId="77C20B3C" w14:textId="6FDC62DD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591360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3934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Institución anfitriona</w:t>
            </w:r>
          </w:p>
          <w:p w14:paraId="69E2C14C" w14:textId="0C671266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731225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3934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Líder del proyecto</w:t>
            </w:r>
          </w:p>
          <w:p w14:paraId="6582C1D2" w14:textId="194B641F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983656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3934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Administrador del proyecto</w:t>
            </w:r>
          </w:p>
          <w:p w14:paraId="412B48CC" w14:textId="40D0A351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928736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C665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Miembro del proyecto</w:t>
            </w:r>
          </w:p>
          <w:p w14:paraId="444F578C" w14:textId="08F91C27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764264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C665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Persona relacionada</w:t>
            </w:r>
          </w:p>
          <w:p w14:paraId="02355BCA" w14:textId="025EA31D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706832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C6657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Investigador</w:t>
            </w:r>
          </w:p>
          <w:p w14:paraId="10236670" w14:textId="689D63F0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474445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ED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Grupo de investigación</w:t>
            </w:r>
          </w:p>
          <w:p w14:paraId="5C9A73E3" w14:textId="24985DCE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916436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ED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Titular de los derechos </w:t>
            </w:r>
          </w:p>
          <w:p w14:paraId="384ED77F" w14:textId="5912E714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488582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ED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Patrocinador</w:t>
            </w:r>
          </w:p>
          <w:p w14:paraId="4C15CAC5" w14:textId="3B4A0A83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2024076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C05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4E3C0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ED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Supervisor </w:t>
            </w:r>
          </w:p>
          <w:p w14:paraId="1C3133B0" w14:textId="0413AE30" w:rsidR="00BF52C0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295095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52C0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BF52C0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Líder del paquete de trabajo</w:t>
            </w:r>
          </w:p>
          <w:p w14:paraId="54CBD8AD" w14:textId="7559B6F2" w:rsidR="004E3C05" w:rsidRPr="00B806B9" w:rsidRDefault="00E833AB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69001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52C0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BF52C0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Otro</w:t>
            </w:r>
            <w:r w:rsidR="00290BC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_____________________________________</w:t>
            </w:r>
          </w:p>
          <w:p w14:paraId="4C875756" w14:textId="372353D1" w:rsidR="00290BC8" w:rsidRPr="00B806B9" w:rsidRDefault="00290BC8" w:rsidP="0007561E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  <w:tr w:rsidR="0091093F" w:rsidRPr="00B806B9" w14:paraId="5054705F" w14:textId="21E73BE8" w:rsidTr="0091093F">
        <w:trPr>
          <w:trHeight w:val="930"/>
        </w:trPr>
        <w:tc>
          <w:tcPr>
            <w:tcW w:w="2893" w:type="dxa"/>
            <w:vAlign w:val="center"/>
            <w:hideMark/>
          </w:tcPr>
          <w:p w14:paraId="4C170521" w14:textId="77777777" w:rsidR="004E7812" w:rsidRPr="00B806B9" w:rsidRDefault="004E7812" w:rsidP="004E7812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Fecha de recolección</w:t>
            </w:r>
          </w:p>
          <w:p w14:paraId="6EA69732" w14:textId="51F2842F" w:rsidR="003E0F0B" w:rsidRPr="00B806B9" w:rsidRDefault="003E0F0B" w:rsidP="003E0F0B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Fecha en que los datos fueron recolectados</w:t>
            </w:r>
          </w:p>
        </w:tc>
        <w:tc>
          <w:tcPr>
            <w:tcW w:w="3870" w:type="dxa"/>
            <w:gridSpan w:val="2"/>
          </w:tcPr>
          <w:p w14:paraId="71C6538C" w14:textId="77777777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Inicio</w:t>
            </w:r>
          </w:p>
          <w:p w14:paraId="2E73D3E3" w14:textId="77777777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080342F7" w14:textId="212510F6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D9D9D9" w:themeColor="background1" w:themeShade="D9"/>
                <w:lang w:val="es-CO" w:eastAsia="es-CO"/>
              </w:rPr>
              <w:t>AAAA-MM-DD</w:t>
            </w:r>
          </w:p>
        </w:tc>
        <w:tc>
          <w:tcPr>
            <w:tcW w:w="1867" w:type="dxa"/>
            <w:gridSpan w:val="2"/>
          </w:tcPr>
          <w:p w14:paraId="7F17E6BE" w14:textId="77777777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Fin</w:t>
            </w:r>
          </w:p>
          <w:p w14:paraId="29BF4D0B" w14:textId="77777777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3EF20447" w14:textId="2AFB66A1" w:rsidR="004E7812" w:rsidRPr="00B806B9" w:rsidRDefault="004E7812" w:rsidP="004E7812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D9D9D9" w:themeColor="background1" w:themeShade="D9"/>
                <w:lang w:val="es-CO" w:eastAsia="es-CO"/>
              </w:rPr>
              <w:t>AAAA-MM-DD</w:t>
            </w:r>
          </w:p>
        </w:tc>
      </w:tr>
      <w:tr w:rsidR="0053255D" w:rsidRPr="00B806B9" w14:paraId="7035AAAC" w14:textId="77777777" w:rsidTr="0091093F">
        <w:trPr>
          <w:trHeight w:val="1229"/>
        </w:trPr>
        <w:tc>
          <w:tcPr>
            <w:tcW w:w="2893" w:type="dxa"/>
            <w:vAlign w:val="center"/>
            <w:hideMark/>
          </w:tcPr>
          <w:p w14:paraId="18592F15" w14:textId="77777777" w:rsidR="00371D98" w:rsidRPr="00B806B9" w:rsidRDefault="00A060DB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 xml:space="preserve">Tipos de </w:t>
            </w:r>
            <w:r w:rsidR="00B541AF"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 xml:space="preserve">conjunto de </w:t>
            </w: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datos</w:t>
            </w:r>
          </w:p>
          <w:p w14:paraId="6F79A6AD" w14:textId="5CF5BC4B" w:rsidR="00686654" w:rsidRPr="00B806B9" w:rsidRDefault="00686654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COAR</w:t>
            </w:r>
          </w:p>
        </w:tc>
        <w:tc>
          <w:tcPr>
            <w:tcW w:w="5737" w:type="dxa"/>
            <w:gridSpan w:val="4"/>
            <w:noWrap/>
            <w:vAlign w:val="center"/>
            <w:hideMark/>
          </w:tcPr>
          <w:p w14:paraId="05811465" w14:textId="3BC29A34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250345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6012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</w:t>
            </w:r>
            <w:r w:rsidR="00DF54F2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  <w:r w:rsidR="00504A44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Cuaderno de laboratorio</w:t>
            </w:r>
          </w:p>
          <w:p w14:paraId="1D72F36E" w14:textId="2879CDA9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13526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D25D3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agregados</w:t>
            </w:r>
          </w:p>
          <w:p w14:paraId="13735733" w14:textId="6DAE361D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2027740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D25D3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codificado</w:t>
            </w:r>
            <w:r w:rsidR="00DC0E6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s</w:t>
            </w:r>
            <w:r w:rsidR="006340EA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</w:p>
          <w:p w14:paraId="4AE4F3D4" w14:textId="3467340F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37275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DC0E6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compilados</w:t>
            </w:r>
          </w:p>
          <w:p w14:paraId="3AC4A275" w14:textId="35CD1F39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472600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DC0E68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de encuestas</w:t>
            </w:r>
          </w:p>
          <w:p w14:paraId="248D5A93" w14:textId="12174716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847717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CC3AEE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de ensayos clínicos</w:t>
            </w:r>
            <w:r w:rsidR="006340EA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</w:t>
            </w:r>
          </w:p>
          <w:p w14:paraId="5708D50B" w14:textId="3A4BBCEB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2065063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A1184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de mediciones y ensayos</w:t>
            </w:r>
          </w:p>
          <w:p w14:paraId="5B674FD4" w14:textId="0AF0C196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192963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26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de observación</w:t>
            </w:r>
          </w:p>
          <w:p w14:paraId="1601BC51" w14:textId="3ECC5991" w:rsidR="006340EA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574861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B9526F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de simulación</w:t>
            </w:r>
          </w:p>
          <w:p w14:paraId="13BA1A35" w14:textId="77777777" w:rsidR="00371D98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2094544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CFB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FE3CFB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</w:t>
            </w:r>
            <w:r w:rsidR="00C022BD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>Datos experimentales</w:t>
            </w:r>
          </w:p>
          <w:p w14:paraId="0E42ED6A" w14:textId="02AF329B" w:rsidR="00287341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-1673706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341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287341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Datos genómicos </w:t>
            </w:r>
          </w:p>
          <w:p w14:paraId="11B2FB9F" w14:textId="6BB6255B" w:rsidR="00287341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1899249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341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287341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Datos</w:t>
            </w:r>
            <w:r w:rsidR="0009368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geoespaciales</w:t>
            </w:r>
          </w:p>
          <w:p w14:paraId="28FC4026" w14:textId="5D7A66C0" w:rsidR="00287341" w:rsidRPr="00B806B9" w:rsidRDefault="00E833AB" w:rsidP="00A66012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lang w:val="es-CO" w:eastAsia="es-CO"/>
                </w:rPr>
                <w:id w:val="886531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7341" w:rsidRPr="00B806B9">
                  <w:rPr>
                    <w:rFonts w:ascii="Segoe UI Symbol" w:eastAsia="MS Gothic" w:hAnsi="Segoe UI Symbol" w:cs="Segoe UI Symbol"/>
                    <w:color w:val="000000"/>
                    <w:lang w:val="es-CO" w:eastAsia="es-CO"/>
                  </w:rPr>
                  <w:t>☐</w:t>
                </w:r>
              </w:sdtContent>
            </w:sdt>
            <w:r w:rsidR="00287341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  Datos</w:t>
            </w:r>
            <w:r w:rsidR="00093685" w:rsidRPr="00B806B9"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  <w:t xml:space="preserve"> registrados</w:t>
            </w:r>
          </w:p>
        </w:tc>
      </w:tr>
      <w:tr w:rsidR="00CE591C" w:rsidRPr="00B806B9" w14:paraId="795815BD" w14:textId="77777777" w:rsidTr="0091093F">
        <w:trPr>
          <w:trHeight w:val="930"/>
        </w:trPr>
        <w:tc>
          <w:tcPr>
            <w:tcW w:w="2893" w:type="dxa"/>
            <w:vAlign w:val="center"/>
            <w:hideMark/>
          </w:tcPr>
          <w:p w14:paraId="7E0D67C9" w14:textId="039986AE" w:rsidR="001E723C" w:rsidRPr="00B806B9" w:rsidRDefault="001E723C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lastRenderedPageBreak/>
              <w:t xml:space="preserve">Software </w:t>
            </w:r>
          </w:p>
          <w:p w14:paraId="63537936" w14:textId="69B4174F" w:rsidR="001E723C" w:rsidRPr="00B806B9" w:rsidRDefault="00F75CBA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>Información acerca del software</w:t>
            </w:r>
            <w:r w:rsidR="00207E1B" w:rsidRPr="00B806B9">
              <w:rPr>
                <w:rFonts w:ascii="Segoe UI Semibold" w:eastAsia="Times New Roman" w:hAnsi="Segoe UI Semibold" w:cs="Segoe UI Semibold"/>
                <w:b/>
                <w:bCs/>
                <w:color w:val="BFBFBF" w:themeColor="background1" w:themeShade="BF"/>
                <w:lang w:val="es-CO" w:eastAsia="es-CO"/>
              </w:rPr>
              <w:t xml:space="preserve"> utilizado en la generación del conjunto de datos</w:t>
            </w:r>
          </w:p>
        </w:tc>
        <w:tc>
          <w:tcPr>
            <w:tcW w:w="4044" w:type="dxa"/>
            <w:gridSpan w:val="3"/>
          </w:tcPr>
          <w:p w14:paraId="145DFBBD" w14:textId="55AF8088" w:rsidR="001E723C" w:rsidRPr="00B806B9" w:rsidRDefault="00207E1B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Nombre</w:t>
            </w:r>
          </w:p>
          <w:p w14:paraId="748F4372" w14:textId="77777777" w:rsidR="001E723C" w:rsidRPr="00B806B9" w:rsidRDefault="001E723C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371B58B0" w14:textId="48E2BC98" w:rsidR="001E723C" w:rsidRPr="00B806B9" w:rsidRDefault="001E723C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  <w:tc>
          <w:tcPr>
            <w:tcW w:w="1693" w:type="dxa"/>
          </w:tcPr>
          <w:p w14:paraId="2F261D8C" w14:textId="748B3217" w:rsidR="001E723C" w:rsidRPr="00B806B9" w:rsidRDefault="00207E1B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lang w:val="es-CO" w:eastAsia="es-CO"/>
              </w:rPr>
              <w:t>Versión</w:t>
            </w:r>
          </w:p>
          <w:p w14:paraId="644853E2" w14:textId="77777777" w:rsidR="001E723C" w:rsidRPr="00B806B9" w:rsidRDefault="001E723C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  <w:p w14:paraId="45C6DEA4" w14:textId="1B0D84A9" w:rsidR="001E723C" w:rsidRPr="00B806B9" w:rsidRDefault="001E723C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color w:val="000000"/>
                <w:lang w:val="es-CO" w:eastAsia="es-CO"/>
              </w:rPr>
            </w:pPr>
          </w:p>
        </w:tc>
      </w:tr>
    </w:tbl>
    <w:p w14:paraId="4580EA87" w14:textId="77777777" w:rsidR="00C07292" w:rsidRPr="00B806B9" w:rsidRDefault="00C07292" w:rsidP="00A51071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5800"/>
      </w:tblGrid>
      <w:tr w:rsidR="00423533" w:rsidRPr="00B806B9" w14:paraId="118370C5" w14:textId="77777777" w:rsidTr="00A76F53">
        <w:trPr>
          <w:trHeight w:val="480"/>
        </w:trPr>
        <w:tc>
          <w:tcPr>
            <w:tcW w:w="8630" w:type="dxa"/>
            <w:gridSpan w:val="2"/>
            <w:shd w:val="clear" w:color="000000" w:fill="12501A"/>
            <w:vAlign w:val="center"/>
            <w:hideMark/>
          </w:tcPr>
          <w:p w14:paraId="47EE06B0" w14:textId="77777777" w:rsidR="00423533" w:rsidRPr="00B806B9" w:rsidRDefault="00423533" w:rsidP="00A76F53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FFFFFF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FFFFFF"/>
                <w:sz w:val="24"/>
                <w:szCs w:val="24"/>
                <w:lang w:val="es-CO" w:eastAsia="es-CO"/>
              </w:rPr>
              <w:t>Datos de Investigación</w:t>
            </w:r>
          </w:p>
        </w:tc>
      </w:tr>
      <w:tr w:rsidR="00F012F9" w:rsidRPr="00B806B9" w14:paraId="179AE965" w14:textId="77777777" w:rsidTr="00D37581">
        <w:trPr>
          <w:trHeight w:val="1560"/>
        </w:trPr>
        <w:tc>
          <w:tcPr>
            <w:tcW w:w="2830" w:type="dxa"/>
            <w:vAlign w:val="center"/>
          </w:tcPr>
          <w:p w14:paraId="608AD83F" w14:textId="5D4A92D6" w:rsidR="00F012F9" w:rsidRPr="00B806B9" w:rsidRDefault="00F012F9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Unidad académica</w:t>
            </w:r>
          </w:p>
        </w:tc>
        <w:tc>
          <w:tcPr>
            <w:tcW w:w="5800" w:type="dxa"/>
            <w:noWrap/>
            <w:vAlign w:val="center"/>
          </w:tcPr>
          <w:p w14:paraId="6712332E" w14:textId="7E110CDA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473649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Administración de Empresas</w:t>
            </w:r>
          </w:p>
          <w:p w14:paraId="40425F53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387322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Administración de Empresas Turísticas y Hoteleras</w:t>
            </w:r>
          </w:p>
          <w:p w14:paraId="4D4FD768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548875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Centro de Idiomas y Cultura</w:t>
            </w:r>
          </w:p>
          <w:p w14:paraId="0B078BF9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110622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Ciencias de la Educación</w:t>
            </w:r>
          </w:p>
          <w:p w14:paraId="3B91851B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303171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Ciencias Sociales y Humanas</w:t>
            </w:r>
          </w:p>
          <w:p w14:paraId="58AC38BF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341546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Comunicación Social – Periodismo</w:t>
            </w:r>
          </w:p>
          <w:p w14:paraId="6209CC5B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85130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Contaduría Pública</w:t>
            </w:r>
          </w:p>
          <w:p w14:paraId="2CF19826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444692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Departamento de Matemáticas</w:t>
            </w:r>
          </w:p>
          <w:p w14:paraId="4B66C285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76996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Derecho</w:t>
            </w:r>
          </w:p>
          <w:p w14:paraId="4041448E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913815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Economía</w:t>
            </w:r>
          </w:p>
          <w:p w14:paraId="22EFC611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27583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Estudios del Patrimonio Cultural</w:t>
            </w:r>
          </w:p>
          <w:p w14:paraId="638E42C8" w14:textId="77777777" w:rsidR="00F012F9" w:rsidRPr="00B806B9" w:rsidRDefault="00E833AB" w:rsidP="00F012F9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897981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Finanzas, Gobierno y Relaciones Internacionales</w:t>
            </w:r>
          </w:p>
          <w:p w14:paraId="605AD499" w14:textId="63A4CCDE" w:rsidR="00F012F9" w:rsidRPr="00B806B9" w:rsidRDefault="00E833AB" w:rsidP="00F012F9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383296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12F9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F012F9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Instituto de Estudios Interdisciplinarios</w:t>
            </w:r>
          </w:p>
        </w:tc>
      </w:tr>
      <w:tr w:rsidR="00925EEA" w:rsidRPr="00B806B9" w14:paraId="1F850414" w14:textId="77777777" w:rsidTr="00D37581">
        <w:trPr>
          <w:trHeight w:val="803"/>
        </w:trPr>
        <w:tc>
          <w:tcPr>
            <w:tcW w:w="2830" w:type="dxa"/>
            <w:vAlign w:val="center"/>
          </w:tcPr>
          <w:p w14:paraId="1605F65C" w14:textId="7A50FB2B" w:rsidR="00925EEA" w:rsidRPr="00B806B9" w:rsidRDefault="00406AEC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Grupo de investigación</w:t>
            </w:r>
          </w:p>
        </w:tc>
        <w:tc>
          <w:tcPr>
            <w:tcW w:w="5800" w:type="dxa"/>
            <w:noWrap/>
            <w:vAlign w:val="center"/>
          </w:tcPr>
          <w:p w14:paraId="7D7B134C" w14:textId="1AF602A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889861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Centro Externadista de Estudios Fiscales</w:t>
            </w:r>
          </w:p>
          <w:p w14:paraId="75A055F9" w14:textId="050A2593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841388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Comunicación Política</w:t>
            </w:r>
          </w:p>
          <w:p w14:paraId="230F2BF8" w14:textId="7D1465BD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492875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Conflicto y Dinámica Social</w:t>
            </w:r>
          </w:p>
          <w:p w14:paraId="18167BF9" w14:textId="21B22230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62281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Construcción de Estado, Territorio y Paz</w:t>
            </w:r>
          </w:p>
          <w:p w14:paraId="319EBFBF" w14:textId="56574BD3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817412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Cuestiones Actuales del Derecho del Trabajo</w:t>
            </w:r>
          </w:p>
          <w:p w14:paraId="322ED662" w14:textId="77D9B3E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603418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Cultura y Sociedad</w:t>
            </w:r>
          </w:p>
          <w:p w14:paraId="49E338D4" w14:textId="7076A373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340774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Administrativo</w:t>
            </w:r>
          </w:p>
          <w:p w14:paraId="2D0804F1" w14:textId="13BB538E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617801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Comercial Colombiano y Comparado</w:t>
            </w:r>
          </w:p>
          <w:p w14:paraId="27B268EB" w14:textId="6F9A867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688025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Constitucional</w:t>
            </w:r>
          </w:p>
          <w:p w14:paraId="026FD146" w14:textId="799CEC6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743294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del Medio Ambiente y Tierras</w:t>
            </w:r>
          </w:p>
          <w:p w14:paraId="16BC0C00" w14:textId="65686E0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676235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Internacional y de los Negocios</w:t>
            </w:r>
          </w:p>
          <w:p w14:paraId="47251DDD" w14:textId="69EF8C71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18771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Penal</w:t>
            </w:r>
          </w:p>
          <w:p w14:paraId="75F78B29" w14:textId="126002EA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272429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Privado</w:t>
            </w:r>
          </w:p>
          <w:p w14:paraId="34A2A8F8" w14:textId="3B4CDA4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80543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Derecho y Economía</w:t>
            </w:r>
          </w:p>
          <w:p w14:paraId="5F38FC59" w14:textId="1358D21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482123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Economía, Trabajo y Sociedad</w:t>
            </w:r>
          </w:p>
          <w:p w14:paraId="2835BC66" w14:textId="6E9318C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560089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Entorno de los Negocios</w:t>
            </w:r>
          </w:p>
          <w:p w14:paraId="30895545" w14:textId="1A6A10B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944974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Estado y Economía</w:t>
            </w:r>
          </w:p>
          <w:p w14:paraId="1F990518" w14:textId="633A693E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467585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Estudios de Familia</w:t>
            </w:r>
          </w:p>
          <w:p w14:paraId="4C653911" w14:textId="4740ECF2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513604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Estudios de Población y Demografía</w:t>
            </w:r>
          </w:p>
          <w:p w14:paraId="624B28BA" w14:textId="10B4AE9B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100838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Estudios del Patrimonio Cultural en Colombia</w:t>
            </w:r>
          </w:p>
          <w:p w14:paraId="78664275" w14:textId="321782A7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46842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4E9C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124E9C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Evaluación y Gestión Educativa</w:t>
            </w:r>
          </w:p>
          <w:p w14:paraId="06106902" w14:textId="06DFD296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065218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Gestión Organizacional</w:t>
            </w:r>
          </w:p>
          <w:p w14:paraId="3E9937C9" w14:textId="2E1D6DD2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489238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Grupo de Investigación Ciencia de Datos Externado</w:t>
            </w:r>
          </w:p>
          <w:p w14:paraId="16FDED7E" w14:textId="65A0CDD2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947572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Grupo de Investigación en Ciencias Biológicas y Derecho</w:t>
            </w:r>
          </w:p>
          <w:p w14:paraId="268CBB97" w14:textId="19566E8A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748507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Grupo de Investigación en Filosofía del Derecho y Teoría Jurídica</w:t>
            </w:r>
          </w:p>
          <w:p w14:paraId="000547E8" w14:textId="0B4B44B1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203134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Grupo de Investigación en Historia del Derecho y Tradición Romanista</w:t>
            </w:r>
          </w:p>
          <w:p w14:paraId="65A43DA9" w14:textId="7297D7B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20467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380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1380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Grupo Recasens de Investigación en Comunicación</w:t>
            </w:r>
          </w:p>
          <w:p w14:paraId="68DE66F1" w14:textId="2900179E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04501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7581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D37581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Instituto de Estudios en Regulación Minera, Petrolera y Energética</w:t>
            </w:r>
          </w:p>
          <w:p w14:paraId="37201E7E" w14:textId="1B19808D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308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Los Seguros y la Sociedad Contemporánea</w:t>
            </w:r>
          </w:p>
          <w:p w14:paraId="663E93AC" w14:textId="2F04EFAB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026517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OASIS</w:t>
            </w:r>
          </w:p>
          <w:p w14:paraId="09B42DC4" w14:textId="4A39034A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69067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Observatorio de Derecho Financiero y del Mercado de Valores</w:t>
            </w:r>
          </w:p>
          <w:p w14:paraId="604C6A7A" w14:textId="44F2AC5B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76771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ODEON</w:t>
            </w:r>
          </w:p>
          <w:p w14:paraId="6E9DC5F3" w14:textId="6D269D95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50293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OPERA</w:t>
            </w:r>
          </w:p>
          <w:p w14:paraId="35BFF03E" w14:textId="21BD5356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84995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Pedagogía Crítica y Didácticas para la Transformación Social</w:t>
            </w:r>
          </w:p>
          <w:p w14:paraId="1F7042D5" w14:textId="6964F77F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295378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303B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55303B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Pensamiento e Historia Económica</w:t>
            </w:r>
          </w:p>
          <w:p w14:paraId="30C0A3B8" w14:textId="0DCF6BB0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529490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Política Criminal</w:t>
            </w:r>
          </w:p>
          <w:p w14:paraId="6955A87A" w14:textId="7331FB6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758831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Procesos Sociales, Territorios y Medio Ambiente</w:t>
            </w:r>
          </w:p>
          <w:p w14:paraId="162D39F9" w14:textId="3C16E1F6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89769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Propiedad Intelectual</w:t>
            </w:r>
          </w:p>
          <w:p w14:paraId="6015BD47" w14:textId="3E7133A4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446077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Prospectiva, Estrategia y Liderazgo</w:t>
            </w:r>
          </w:p>
          <w:p w14:paraId="3D0B32FF" w14:textId="22D187A1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79989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Salud, Conocimiento Médico y Sociedad</w:t>
            </w:r>
          </w:p>
          <w:p w14:paraId="71B0312F" w14:textId="514A7570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23146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Sentidos y Lógicas de Vida de los Pueblos Originarios</w:t>
            </w:r>
          </w:p>
          <w:p w14:paraId="0F5BBC08" w14:textId="1D41ABF5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628432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Sistemas de Información y Control Organizacional</w:t>
            </w:r>
          </w:p>
          <w:p w14:paraId="4D493E5F" w14:textId="7BE607BA" w:rsidR="00E20697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53306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Teoría General del Proceso y Derecho Procesal Civil</w:t>
            </w:r>
          </w:p>
          <w:p w14:paraId="7DC8E84E" w14:textId="12C43550" w:rsidR="00925EEA" w:rsidRPr="00B806B9" w:rsidRDefault="00E833AB" w:rsidP="00E20697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2054767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5D4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B825D4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</w:t>
            </w:r>
            <w:r w:rsidR="00E20697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Turismo y Sociedad</w:t>
            </w:r>
          </w:p>
        </w:tc>
      </w:tr>
      <w:tr w:rsidR="008A1BBF" w:rsidRPr="00B806B9" w14:paraId="54319210" w14:textId="77777777" w:rsidTr="009438D6">
        <w:trPr>
          <w:trHeight w:val="928"/>
        </w:trPr>
        <w:tc>
          <w:tcPr>
            <w:tcW w:w="2830" w:type="dxa"/>
            <w:vAlign w:val="center"/>
          </w:tcPr>
          <w:p w14:paraId="6C58F740" w14:textId="409814BF" w:rsidR="008A1BBF" w:rsidRPr="00B806B9" w:rsidRDefault="008A1BBF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lastRenderedPageBreak/>
              <w:t>Proyecto de investigación</w:t>
            </w:r>
          </w:p>
        </w:tc>
        <w:tc>
          <w:tcPr>
            <w:tcW w:w="5800" w:type="dxa"/>
            <w:noWrap/>
            <w:vAlign w:val="center"/>
          </w:tcPr>
          <w:p w14:paraId="2C1246C4" w14:textId="77777777" w:rsidR="008A1BBF" w:rsidRPr="00B806B9" w:rsidRDefault="008A1BBF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</w:p>
        </w:tc>
      </w:tr>
      <w:tr w:rsidR="008A1BBF" w:rsidRPr="00C0234E" w14:paraId="448E4B99" w14:textId="77777777" w:rsidTr="002D5070">
        <w:trPr>
          <w:trHeight w:val="156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D46E2" w14:textId="77777777" w:rsidR="008A1BBF" w:rsidRPr="00B806B9" w:rsidRDefault="008A1BBF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Tipología documental</w:t>
            </w:r>
          </w:p>
          <w:p w14:paraId="54550220" w14:textId="77777777" w:rsidR="008A1BBF" w:rsidRPr="00B806B9" w:rsidRDefault="008A1BBF" w:rsidP="00A76F53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COAR</w:t>
            </w:r>
          </w:p>
        </w:tc>
        <w:tc>
          <w:tcPr>
            <w:tcW w:w="5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F5E0A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846901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Anotación</w:t>
            </w:r>
          </w:p>
          <w:p w14:paraId="06078C5D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2108259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datos</w:t>
            </w:r>
          </w:p>
          <w:p w14:paraId="6AA08062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747302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divulgación</w:t>
            </w:r>
          </w:p>
          <w:p w14:paraId="2A6A1D13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82069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periódico</w:t>
            </w:r>
          </w:p>
          <w:p w14:paraId="43EA23D7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912042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revista</w:t>
            </w:r>
          </w:p>
          <w:p w14:paraId="086DC2F4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92004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investigación</w:t>
            </w:r>
          </w:p>
          <w:p w14:paraId="75DCC7EE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321723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Artículo de revisión</w:t>
            </w:r>
          </w:p>
          <w:p w14:paraId="31EEE5A1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974220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Acta de conferencia</w:t>
            </w:r>
          </w:p>
          <w:p w14:paraId="34EC282E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328878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Bibliografía</w:t>
            </w:r>
          </w:p>
          <w:p w14:paraId="62CE4C9E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847821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Capítulo - Parte de libro</w:t>
            </w:r>
          </w:p>
          <w:p w14:paraId="1F5E366C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912817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Conferencia</w:t>
            </w:r>
          </w:p>
          <w:p w14:paraId="7C5A8BB9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073655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Documentos de trabajo</w:t>
            </w:r>
          </w:p>
          <w:p w14:paraId="38AF24C7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035313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Documentación técnica</w:t>
            </w:r>
          </w:p>
          <w:p w14:paraId="3222C7C7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801609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Informe de investigación</w:t>
            </w:r>
          </w:p>
          <w:p w14:paraId="7B56DCD4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440213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Libro completo</w:t>
            </w:r>
          </w:p>
          <w:p w14:paraId="4E62B26B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570397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Material cartográfico</w:t>
            </w:r>
          </w:p>
          <w:p w14:paraId="3B638106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62896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Reporte técnico</w:t>
            </w:r>
          </w:p>
          <w:p w14:paraId="735987F6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29040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Sitio web</w:t>
            </w:r>
          </w:p>
          <w:p w14:paraId="4CC1DED4" w14:textId="77777777" w:rsidR="008A1BBF" w:rsidRPr="00B806B9" w:rsidRDefault="00E833AB" w:rsidP="00A76F53">
            <w:pPr>
              <w:spacing w:after="0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74688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BBF" w:rsidRPr="00B806B9">
                  <w:rPr>
                    <w:rFonts w:ascii="Segoe UI Symbol" w:eastAsia="Times New Roman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  <w:r w:rsidR="008A1BBF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Video</w:t>
            </w:r>
          </w:p>
        </w:tc>
      </w:tr>
    </w:tbl>
    <w:p w14:paraId="531E2662" w14:textId="77777777" w:rsidR="008A1BBF" w:rsidRPr="00B806B9" w:rsidRDefault="008A1BBF" w:rsidP="0091093F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p w14:paraId="351622E9" w14:textId="77777777" w:rsidR="00C07292" w:rsidRPr="00B806B9" w:rsidRDefault="00C07292" w:rsidP="00A51071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p w14:paraId="75DE4EC9" w14:textId="77777777" w:rsidR="00C07292" w:rsidRPr="00B806B9" w:rsidRDefault="00C07292" w:rsidP="00A51071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p w14:paraId="3BCBB0DA" w14:textId="77777777" w:rsidR="00C07292" w:rsidRPr="00B806B9" w:rsidRDefault="00C07292" w:rsidP="00A51071">
      <w:pPr>
        <w:jc w:val="both"/>
        <w:rPr>
          <w:rFonts w:ascii="Segoe UI Semibold" w:hAnsi="Segoe UI Semibold" w:cs="Segoe UI Semibold"/>
          <w:sz w:val="24"/>
          <w:szCs w:val="24"/>
          <w:lang w:val="es-CO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8"/>
        <w:gridCol w:w="2038"/>
        <w:gridCol w:w="2551"/>
        <w:gridCol w:w="2972"/>
      </w:tblGrid>
      <w:tr w:rsidR="00A9166C" w:rsidRPr="00B806B9" w14:paraId="075BD6DB" w14:textId="77777777" w:rsidTr="00C07292">
        <w:trPr>
          <w:trHeight w:val="724"/>
        </w:trPr>
        <w:tc>
          <w:tcPr>
            <w:tcW w:w="9209" w:type="dxa"/>
            <w:gridSpan w:val="4"/>
            <w:shd w:val="clear" w:color="000000" w:fill="12501A"/>
            <w:vAlign w:val="center"/>
            <w:hideMark/>
          </w:tcPr>
          <w:p w14:paraId="2222788A" w14:textId="77777777" w:rsidR="00A9166C" w:rsidRPr="00B806B9" w:rsidRDefault="00A9166C" w:rsidP="00F735F6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FFFFFF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FFFFFF"/>
                <w:sz w:val="24"/>
                <w:szCs w:val="24"/>
                <w:lang w:val="es-CO" w:eastAsia="es-CO"/>
              </w:rPr>
              <w:lastRenderedPageBreak/>
              <w:t>ALMACENAMIENTO Y PRESERVACIÓN</w:t>
            </w:r>
          </w:p>
          <w:p w14:paraId="4998D623" w14:textId="77777777" w:rsidR="00AF7DDD" w:rsidRPr="00B806B9" w:rsidRDefault="00AF7DDD" w:rsidP="00F735F6">
            <w:pPr>
              <w:spacing w:after="0" w:line="240" w:lineRule="auto"/>
              <w:jc w:val="center"/>
              <w:rPr>
                <w:rFonts w:ascii="Segoe UI Semibold" w:eastAsia="Times New Roman" w:hAnsi="Segoe UI Semibold" w:cs="Segoe UI Semibold"/>
                <w:b/>
                <w:bCs/>
                <w:color w:val="FFFFFF"/>
                <w:sz w:val="24"/>
                <w:szCs w:val="24"/>
                <w:lang w:val="es-CO" w:eastAsia="es-CO"/>
              </w:rPr>
            </w:pPr>
          </w:p>
        </w:tc>
      </w:tr>
      <w:tr w:rsidR="00A9166C" w:rsidRPr="00B806B9" w14:paraId="18E4F81B" w14:textId="77777777" w:rsidTr="00C07292">
        <w:trPr>
          <w:trHeight w:val="615"/>
        </w:trPr>
        <w:tc>
          <w:tcPr>
            <w:tcW w:w="1648" w:type="dxa"/>
            <w:vMerge w:val="restart"/>
            <w:vAlign w:val="center"/>
            <w:hideMark/>
          </w:tcPr>
          <w:p w14:paraId="694E56BD" w14:textId="2236334E" w:rsidR="00A9166C" w:rsidRPr="00B806B9" w:rsidRDefault="00C34998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 xml:space="preserve">Archivo </w:t>
            </w:r>
            <w:r w:rsidR="00A9166C"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2038" w:type="dxa"/>
            <w:vAlign w:val="center"/>
            <w:hideMark/>
          </w:tcPr>
          <w:p w14:paraId="7D627FED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Nombre</w:t>
            </w:r>
          </w:p>
        </w:tc>
        <w:tc>
          <w:tcPr>
            <w:tcW w:w="5523" w:type="dxa"/>
            <w:gridSpan w:val="2"/>
            <w:noWrap/>
            <w:vAlign w:val="bottom"/>
            <w:hideMark/>
          </w:tcPr>
          <w:p w14:paraId="46D29D2F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 </w:t>
            </w:r>
          </w:p>
        </w:tc>
      </w:tr>
      <w:tr w:rsidR="00A9166C" w:rsidRPr="00B806B9" w14:paraId="36A61AEC" w14:textId="77777777" w:rsidTr="00C07292">
        <w:trPr>
          <w:trHeight w:val="600"/>
        </w:trPr>
        <w:tc>
          <w:tcPr>
            <w:tcW w:w="1648" w:type="dxa"/>
            <w:vMerge/>
            <w:vAlign w:val="center"/>
            <w:hideMark/>
          </w:tcPr>
          <w:p w14:paraId="230EEA18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Align w:val="center"/>
            <w:hideMark/>
          </w:tcPr>
          <w:p w14:paraId="0E375CBC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Descripción</w:t>
            </w:r>
          </w:p>
        </w:tc>
        <w:tc>
          <w:tcPr>
            <w:tcW w:w="5523" w:type="dxa"/>
            <w:gridSpan w:val="2"/>
            <w:noWrap/>
            <w:vAlign w:val="bottom"/>
            <w:hideMark/>
          </w:tcPr>
          <w:p w14:paraId="7CED4CBE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 </w:t>
            </w:r>
          </w:p>
        </w:tc>
      </w:tr>
      <w:tr w:rsidR="00850AA7" w:rsidRPr="00B806B9" w14:paraId="191CE7F6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1D6399FE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 w:val="restart"/>
            <w:vAlign w:val="center"/>
            <w:hideMark/>
          </w:tcPr>
          <w:p w14:paraId="111758FA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Etiqueta</w:t>
            </w:r>
          </w:p>
        </w:tc>
        <w:tc>
          <w:tcPr>
            <w:tcW w:w="2551" w:type="dxa"/>
            <w:noWrap/>
            <w:vAlign w:val="center"/>
            <w:hideMark/>
          </w:tcPr>
          <w:p w14:paraId="47BD2F09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Documentación</w:t>
            </w:r>
          </w:p>
        </w:tc>
        <w:tc>
          <w:tcPr>
            <w:tcW w:w="2972" w:type="dxa"/>
            <w:noWrap/>
            <w:vAlign w:val="center"/>
            <w:hideMark/>
          </w:tcPr>
          <w:p w14:paraId="3FC2394C" w14:textId="6BE6FE8D" w:rsidR="00A9166C" w:rsidRPr="00B806B9" w:rsidRDefault="00E833AB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2046860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DDD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  <w:tr w:rsidR="00A9166C" w:rsidRPr="00B806B9" w14:paraId="44724691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04FB898F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/>
            <w:vAlign w:val="center"/>
            <w:hideMark/>
          </w:tcPr>
          <w:p w14:paraId="40D8E779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551" w:type="dxa"/>
            <w:noWrap/>
            <w:vAlign w:val="center"/>
            <w:hideMark/>
          </w:tcPr>
          <w:p w14:paraId="5C34F375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Datos</w:t>
            </w:r>
          </w:p>
        </w:tc>
        <w:sdt>
          <w:sdtPr>
            <w:rPr>
              <w:rFonts w:ascii="Segoe UI Semibold" w:eastAsia="Times New Roman" w:hAnsi="Segoe UI Semibold" w:cs="Segoe UI Semibold"/>
              <w:color w:val="000000"/>
              <w:sz w:val="24"/>
              <w:szCs w:val="24"/>
              <w:lang w:val="es-CO" w:eastAsia="es-CO"/>
            </w:rPr>
            <w:id w:val="2058351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2" w:type="dxa"/>
                <w:noWrap/>
                <w:vAlign w:val="center"/>
                <w:hideMark/>
              </w:tcPr>
              <w:p w14:paraId="766CBBEC" w14:textId="5CE3FCF8" w:rsidR="00A9166C" w:rsidRPr="00B806B9" w:rsidRDefault="00AF7DDD" w:rsidP="00F735F6">
                <w:pPr>
                  <w:spacing w:after="0" w:line="240" w:lineRule="auto"/>
                  <w:rPr>
                    <w:rFonts w:ascii="Segoe UI Semibold" w:eastAsia="Times New Roman" w:hAnsi="Segoe UI Semibold" w:cs="Segoe UI Semibold"/>
                    <w:color w:val="000000"/>
                    <w:sz w:val="24"/>
                    <w:szCs w:val="24"/>
                    <w:lang w:val="es-CO" w:eastAsia="es-CO"/>
                  </w:rPr>
                </w:pPr>
                <w:r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p>
            </w:tc>
          </w:sdtContent>
        </w:sdt>
      </w:tr>
      <w:tr w:rsidR="00A9166C" w:rsidRPr="00B806B9" w14:paraId="46AA9A89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6F0A1000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/>
            <w:vAlign w:val="center"/>
            <w:hideMark/>
          </w:tcPr>
          <w:p w14:paraId="7014BC58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551" w:type="dxa"/>
            <w:noWrap/>
            <w:vAlign w:val="center"/>
            <w:hideMark/>
          </w:tcPr>
          <w:p w14:paraId="668A6EFB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Código</w:t>
            </w:r>
          </w:p>
        </w:tc>
        <w:tc>
          <w:tcPr>
            <w:tcW w:w="2972" w:type="dxa"/>
            <w:noWrap/>
            <w:vAlign w:val="center"/>
            <w:hideMark/>
          </w:tcPr>
          <w:p w14:paraId="67D08C7E" w14:textId="17C0657B" w:rsidR="00A9166C" w:rsidRPr="00B806B9" w:rsidRDefault="00E833AB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1530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DDD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  <w:tr w:rsidR="00850AA7" w:rsidRPr="00B806B9" w14:paraId="01EBCEB5" w14:textId="77777777" w:rsidTr="00C07292">
        <w:trPr>
          <w:trHeight w:val="600"/>
        </w:trPr>
        <w:tc>
          <w:tcPr>
            <w:tcW w:w="1648" w:type="dxa"/>
            <w:vMerge/>
            <w:vAlign w:val="center"/>
            <w:hideMark/>
          </w:tcPr>
          <w:p w14:paraId="19F74EAA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Align w:val="center"/>
            <w:hideMark/>
          </w:tcPr>
          <w:p w14:paraId="3F91A1E1" w14:textId="777777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Acceso restringido</w:t>
            </w:r>
          </w:p>
        </w:tc>
        <w:tc>
          <w:tcPr>
            <w:tcW w:w="2551" w:type="dxa"/>
            <w:noWrap/>
            <w:vAlign w:val="center"/>
            <w:hideMark/>
          </w:tcPr>
          <w:p w14:paraId="50FC1193" w14:textId="76372E77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SI</w:t>
            </w:r>
            <w:r w:rsidR="00AF7DDD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       </w:t>
            </w: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410039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DDD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  <w:tc>
          <w:tcPr>
            <w:tcW w:w="2972" w:type="dxa"/>
            <w:noWrap/>
            <w:vAlign w:val="center"/>
            <w:hideMark/>
          </w:tcPr>
          <w:p w14:paraId="713B1043" w14:textId="26BC36E2" w:rsidR="00A9166C" w:rsidRPr="00B806B9" w:rsidRDefault="00A9166C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NO</w:t>
            </w:r>
            <w:r w:rsidR="00AF7DDD"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          </w:t>
            </w: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641767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DDD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  <w:tr w:rsidR="00850AA7" w:rsidRPr="00B806B9" w14:paraId="77FE4320" w14:textId="77777777" w:rsidTr="00C07292">
        <w:trPr>
          <w:trHeight w:val="615"/>
        </w:trPr>
        <w:tc>
          <w:tcPr>
            <w:tcW w:w="1648" w:type="dxa"/>
            <w:vMerge w:val="restart"/>
            <w:vAlign w:val="center"/>
            <w:hideMark/>
          </w:tcPr>
          <w:p w14:paraId="70F2BFDF" w14:textId="1D291729" w:rsidR="00850AA7" w:rsidRPr="00B806B9" w:rsidRDefault="00C34998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 xml:space="preserve">Archivo </w:t>
            </w:r>
            <w:r w:rsidR="00850AA7"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2</w:t>
            </w:r>
          </w:p>
        </w:tc>
        <w:tc>
          <w:tcPr>
            <w:tcW w:w="2038" w:type="dxa"/>
            <w:vAlign w:val="center"/>
            <w:hideMark/>
          </w:tcPr>
          <w:p w14:paraId="2BB7C333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Nombre</w:t>
            </w:r>
          </w:p>
        </w:tc>
        <w:tc>
          <w:tcPr>
            <w:tcW w:w="5523" w:type="dxa"/>
            <w:gridSpan w:val="2"/>
            <w:noWrap/>
            <w:vAlign w:val="bottom"/>
            <w:hideMark/>
          </w:tcPr>
          <w:p w14:paraId="43C858AA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 </w:t>
            </w:r>
          </w:p>
        </w:tc>
      </w:tr>
      <w:tr w:rsidR="00850AA7" w:rsidRPr="00B806B9" w14:paraId="0044CEAE" w14:textId="77777777" w:rsidTr="00C07292">
        <w:trPr>
          <w:trHeight w:val="600"/>
        </w:trPr>
        <w:tc>
          <w:tcPr>
            <w:tcW w:w="1648" w:type="dxa"/>
            <w:vMerge/>
            <w:vAlign w:val="center"/>
            <w:hideMark/>
          </w:tcPr>
          <w:p w14:paraId="70622CDD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Align w:val="center"/>
            <w:hideMark/>
          </w:tcPr>
          <w:p w14:paraId="01601F70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Descripción</w:t>
            </w:r>
          </w:p>
        </w:tc>
        <w:tc>
          <w:tcPr>
            <w:tcW w:w="5523" w:type="dxa"/>
            <w:gridSpan w:val="2"/>
            <w:noWrap/>
            <w:vAlign w:val="bottom"/>
            <w:hideMark/>
          </w:tcPr>
          <w:p w14:paraId="5FA2B69F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 </w:t>
            </w:r>
          </w:p>
        </w:tc>
      </w:tr>
      <w:tr w:rsidR="00850AA7" w:rsidRPr="00B806B9" w14:paraId="629423F1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6AB98AC7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 w:val="restart"/>
            <w:vAlign w:val="center"/>
            <w:hideMark/>
          </w:tcPr>
          <w:p w14:paraId="6B0DDC84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Etiqueta</w:t>
            </w:r>
          </w:p>
        </w:tc>
        <w:tc>
          <w:tcPr>
            <w:tcW w:w="2551" w:type="dxa"/>
            <w:noWrap/>
            <w:vAlign w:val="center"/>
            <w:hideMark/>
          </w:tcPr>
          <w:p w14:paraId="0DD1B595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Documentación</w:t>
            </w:r>
          </w:p>
        </w:tc>
        <w:tc>
          <w:tcPr>
            <w:tcW w:w="2972" w:type="dxa"/>
            <w:noWrap/>
            <w:vAlign w:val="center"/>
            <w:hideMark/>
          </w:tcPr>
          <w:p w14:paraId="412FD1E5" w14:textId="77777777" w:rsidR="00850AA7" w:rsidRPr="00B806B9" w:rsidRDefault="00E833AB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-1696986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AA7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  <w:tr w:rsidR="00850AA7" w:rsidRPr="00B806B9" w14:paraId="370FA289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6833C803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/>
            <w:vAlign w:val="center"/>
            <w:hideMark/>
          </w:tcPr>
          <w:p w14:paraId="258D17C6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551" w:type="dxa"/>
            <w:noWrap/>
            <w:vAlign w:val="center"/>
            <w:hideMark/>
          </w:tcPr>
          <w:p w14:paraId="30D5C3FF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Datos</w:t>
            </w:r>
          </w:p>
        </w:tc>
        <w:sdt>
          <w:sdtPr>
            <w:rPr>
              <w:rFonts w:ascii="Segoe UI Semibold" w:eastAsia="Times New Roman" w:hAnsi="Segoe UI Semibold" w:cs="Segoe UI Semibold"/>
              <w:color w:val="000000"/>
              <w:sz w:val="24"/>
              <w:szCs w:val="24"/>
              <w:lang w:val="es-CO" w:eastAsia="es-CO"/>
            </w:rPr>
            <w:id w:val="-692835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72" w:type="dxa"/>
                <w:noWrap/>
                <w:vAlign w:val="center"/>
                <w:hideMark/>
              </w:tcPr>
              <w:p w14:paraId="13CCE8E7" w14:textId="77777777" w:rsidR="00850AA7" w:rsidRPr="00B806B9" w:rsidRDefault="00850AA7" w:rsidP="00F735F6">
                <w:pPr>
                  <w:spacing w:after="0" w:line="240" w:lineRule="auto"/>
                  <w:rPr>
                    <w:rFonts w:ascii="Segoe UI Semibold" w:eastAsia="Times New Roman" w:hAnsi="Segoe UI Semibold" w:cs="Segoe UI Semibold"/>
                    <w:color w:val="000000"/>
                    <w:sz w:val="24"/>
                    <w:szCs w:val="24"/>
                    <w:lang w:val="es-CO" w:eastAsia="es-CO"/>
                  </w:rPr>
                </w:pPr>
                <w:r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p>
            </w:tc>
          </w:sdtContent>
        </w:sdt>
      </w:tr>
      <w:tr w:rsidR="00850AA7" w:rsidRPr="00B806B9" w14:paraId="221B6FFD" w14:textId="77777777" w:rsidTr="00C07292">
        <w:trPr>
          <w:trHeight w:val="510"/>
        </w:trPr>
        <w:tc>
          <w:tcPr>
            <w:tcW w:w="1648" w:type="dxa"/>
            <w:vMerge/>
            <w:vAlign w:val="center"/>
            <w:hideMark/>
          </w:tcPr>
          <w:p w14:paraId="6DDB3995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Merge/>
            <w:vAlign w:val="center"/>
            <w:hideMark/>
          </w:tcPr>
          <w:p w14:paraId="0E3D04D7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551" w:type="dxa"/>
            <w:noWrap/>
            <w:vAlign w:val="center"/>
            <w:hideMark/>
          </w:tcPr>
          <w:p w14:paraId="55EF5B62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>Código</w:t>
            </w:r>
          </w:p>
        </w:tc>
        <w:tc>
          <w:tcPr>
            <w:tcW w:w="2972" w:type="dxa"/>
            <w:noWrap/>
            <w:vAlign w:val="center"/>
            <w:hideMark/>
          </w:tcPr>
          <w:p w14:paraId="5A91B00B" w14:textId="77777777" w:rsidR="00850AA7" w:rsidRPr="00B806B9" w:rsidRDefault="00E833AB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578185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AA7"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  <w:tr w:rsidR="00850AA7" w:rsidRPr="00B806B9" w14:paraId="01242BF0" w14:textId="77777777" w:rsidTr="00C07292">
        <w:trPr>
          <w:trHeight w:val="600"/>
        </w:trPr>
        <w:tc>
          <w:tcPr>
            <w:tcW w:w="1648" w:type="dxa"/>
            <w:vMerge/>
            <w:vAlign w:val="center"/>
            <w:hideMark/>
          </w:tcPr>
          <w:p w14:paraId="11A3F629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</w:p>
        </w:tc>
        <w:tc>
          <w:tcPr>
            <w:tcW w:w="2038" w:type="dxa"/>
            <w:vAlign w:val="center"/>
            <w:hideMark/>
          </w:tcPr>
          <w:p w14:paraId="5A272DAD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b/>
                <w:bCs/>
                <w:color w:val="000000"/>
                <w:sz w:val="24"/>
                <w:szCs w:val="24"/>
                <w:lang w:val="es-CO" w:eastAsia="es-CO"/>
              </w:rPr>
              <w:t>Acceso restringido</w:t>
            </w:r>
          </w:p>
        </w:tc>
        <w:tc>
          <w:tcPr>
            <w:tcW w:w="2551" w:type="dxa"/>
            <w:noWrap/>
            <w:vAlign w:val="center"/>
            <w:hideMark/>
          </w:tcPr>
          <w:p w14:paraId="2C103B30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SI          </w:t>
            </w: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1467557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  <w:tc>
          <w:tcPr>
            <w:tcW w:w="2972" w:type="dxa"/>
            <w:noWrap/>
            <w:vAlign w:val="center"/>
            <w:hideMark/>
          </w:tcPr>
          <w:p w14:paraId="05BB6527" w14:textId="77777777" w:rsidR="00850AA7" w:rsidRPr="00B806B9" w:rsidRDefault="00850AA7" w:rsidP="00F735F6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</w:pPr>
            <w:r w:rsidRPr="00B806B9">
              <w:rPr>
                <w:rFonts w:ascii="Segoe UI Semibold" w:eastAsia="Times New Roman" w:hAnsi="Segoe UI Semibold" w:cs="Segoe UI Semibold"/>
                <w:color w:val="000000"/>
                <w:sz w:val="24"/>
                <w:szCs w:val="24"/>
                <w:lang w:val="es-CO" w:eastAsia="es-CO"/>
              </w:rPr>
              <w:t xml:space="preserve">NO          </w:t>
            </w:r>
            <w:sdt>
              <w:sdtPr>
                <w:rPr>
                  <w:rFonts w:ascii="Segoe UI Semibold" w:eastAsia="Times New Roman" w:hAnsi="Segoe UI Semibold" w:cs="Segoe UI Semibold"/>
                  <w:color w:val="000000"/>
                  <w:sz w:val="24"/>
                  <w:szCs w:val="24"/>
                  <w:lang w:val="es-CO" w:eastAsia="es-CO"/>
                </w:rPr>
                <w:id w:val="852236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806B9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  <w:lang w:val="es-CO" w:eastAsia="es-CO"/>
                  </w:rPr>
                  <w:t>☐</w:t>
                </w:r>
              </w:sdtContent>
            </w:sdt>
          </w:p>
        </w:tc>
      </w:tr>
    </w:tbl>
    <w:p w14:paraId="6B2FDF1F" w14:textId="2752610B" w:rsidR="00734E78" w:rsidRDefault="00FA18ED" w:rsidP="00E423C4">
      <w:pPr>
        <w:rPr>
          <w:rFonts w:ascii="Segoe UI Semibold" w:hAnsi="Segoe UI Semibold" w:cs="Segoe UI Semibold"/>
          <w:lang w:val="es-CO"/>
        </w:rPr>
      </w:pPr>
      <w:r w:rsidRPr="00B806B9">
        <w:rPr>
          <w:rFonts w:ascii="Segoe UI Semibold" w:hAnsi="Segoe UI Semibold" w:cs="Segoe UI Semibold"/>
          <w:sz w:val="24"/>
          <w:szCs w:val="24"/>
          <w:lang w:val="es-CO"/>
        </w:rPr>
        <w:t xml:space="preserve"> * </w:t>
      </w:r>
      <w:r w:rsidR="00A235F0" w:rsidRPr="00B806B9">
        <w:rPr>
          <w:rFonts w:ascii="Segoe UI Semibold" w:hAnsi="Segoe UI Semibold" w:cs="Segoe UI Semibold"/>
          <w:lang w:val="es-CO"/>
        </w:rPr>
        <w:t xml:space="preserve">Amplíe este espacio según la </w:t>
      </w:r>
      <w:r w:rsidR="00283C62" w:rsidRPr="00B806B9">
        <w:rPr>
          <w:rFonts w:ascii="Segoe UI Semibold" w:hAnsi="Segoe UI Semibold" w:cs="Segoe UI Semibold"/>
          <w:lang w:val="es-CO"/>
        </w:rPr>
        <w:t>cantidad</w:t>
      </w:r>
      <w:r w:rsidR="00A235F0" w:rsidRPr="00B806B9">
        <w:rPr>
          <w:rFonts w:ascii="Segoe UI Semibold" w:hAnsi="Segoe UI Semibold" w:cs="Segoe UI Semibold"/>
          <w:lang w:val="es-CO"/>
        </w:rPr>
        <w:t xml:space="preserve"> de archivos que conforman el conjunto de</w:t>
      </w:r>
      <w:r w:rsidR="00283C62" w:rsidRPr="00B806B9">
        <w:rPr>
          <w:rFonts w:ascii="Segoe UI Semibold" w:hAnsi="Segoe UI Semibold" w:cs="Segoe UI Semibold"/>
          <w:lang w:val="es-CO"/>
        </w:rPr>
        <w:t xml:space="preserve"> </w:t>
      </w:r>
      <w:r w:rsidR="00A235F0" w:rsidRPr="00B806B9">
        <w:rPr>
          <w:rFonts w:ascii="Segoe UI Semibold" w:hAnsi="Segoe UI Semibold" w:cs="Segoe UI Semibold"/>
          <w:lang w:val="es-CO"/>
        </w:rPr>
        <w:t>datos</w:t>
      </w:r>
    </w:p>
    <w:p w14:paraId="43E82E94" w14:textId="3C1E9877" w:rsidR="004548C7" w:rsidRPr="00B806B9" w:rsidRDefault="004548C7" w:rsidP="00DC2C9B">
      <w:pPr>
        <w:tabs>
          <w:tab w:val="num" w:pos="1068"/>
        </w:tabs>
        <w:spacing w:after="160" w:line="360" w:lineRule="auto"/>
        <w:rPr>
          <w:rFonts w:ascii="Segoe UI Semibold" w:hAnsi="Segoe UI Semibold" w:cs="Segoe UI Semibold"/>
          <w:sz w:val="24"/>
          <w:szCs w:val="24"/>
        </w:rPr>
      </w:pPr>
      <w:r w:rsidRPr="00B806B9">
        <w:rPr>
          <w:rFonts w:ascii="Segoe UI Semibold" w:hAnsi="Segoe UI Semibold" w:cs="Segoe UI Semibold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CE015F3" wp14:editId="1628D675">
            <wp:simplePos x="0" y="0"/>
            <wp:positionH relativeFrom="column">
              <wp:posOffset>85725</wp:posOffset>
            </wp:positionH>
            <wp:positionV relativeFrom="paragraph">
              <wp:posOffset>311785</wp:posOffset>
            </wp:positionV>
            <wp:extent cx="5486400" cy="1290955"/>
            <wp:effectExtent l="0" t="0" r="0" b="4445"/>
            <wp:wrapSquare wrapText="bothSides"/>
            <wp:docPr id="1993527188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527188" name="Imagen 1" descr="Texto&#10;&#10;El contenido generado por IA puede ser incorrec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90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48C7" w:rsidRPr="00B806B9" w:rsidSect="00034616">
      <w:head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91556" w14:textId="77777777" w:rsidR="00E833AB" w:rsidRDefault="00E833AB" w:rsidP="00AC64BF">
      <w:pPr>
        <w:spacing w:after="0" w:line="240" w:lineRule="auto"/>
      </w:pPr>
      <w:r>
        <w:separator/>
      </w:r>
    </w:p>
  </w:endnote>
  <w:endnote w:type="continuationSeparator" w:id="0">
    <w:p w14:paraId="34DAAE90" w14:textId="77777777" w:rsidR="00E833AB" w:rsidRDefault="00E833AB" w:rsidP="00AC6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1A370" w14:textId="77777777" w:rsidR="00E833AB" w:rsidRDefault="00E833AB" w:rsidP="00AC64BF">
      <w:pPr>
        <w:spacing w:after="0" w:line="240" w:lineRule="auto"/>
      </w:pPr>
      <w:r>
        <w:separator/>
      </w:r>
    </w:p>
  </w:footnote>
  <w:footnote w:type="continuationSeparator" w:id="0">
    <w:p w14:paraId="4D59F78E" w14:textId="77777777" w:rsidR="00E833AB" w:rsidRDefault="00E833AB" w:rsidP="00AC6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B3703" w14:textId="28CE881D" w:rsidR="00B71BAA" w:rsidRDefault="00B806B9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1CC7A7A" wp14:editId="39944C27">
              <wp:simplePos x="0" y="0"/>
              <wp:positionH relativeFrom="margin">
                <wp:posOffset>1167765</wp:posOffset>
              </wp:positionH>
              <wp:positionV relativeFrom="paragraph">
                <wp:posOffset>-238125</wp:posOffset>
              </wp:positionV>
              <wp:extent cx="3876675" cy="657225"/>
              <wp:effectExtent l="0" t="0" r="9525" b="9525"/>
              <wp:wrapSquare wrapText="bothSides"/>
              <wp:docPr id="130241255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6675" cy="657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9F1586" w14:textId="419522D4" w:rsidR="00B806B9" w:rsidRDefault="00B806B9" w:rsidP="00B806B9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  <w:lang w:val="es-CO"/>
                            </w:rPr>
                          </w:pPr>
                          <w:r w:rsidRPr="00B806B9"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  <w:lang w:val="es-CO"/>
                            </w:rPr>
                            <w:t>PLAN DE GESTIÓN DE DATOS</w:t>
                          </w:r>
                          <w:r w:rsidR="00877D3D"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  <w:lang w:val="es-CO"/>
                            </w:rPr>
                            <w:t xml:space="preserve"> </w:t>
                          </w:r>
                          <w:r w:rsidRPr="00B806B9"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  <w:lang w:val="es-CO"/>
                            </w:rPr>
                            <w:t>REPOSITORIO DE DATOS DE INVESTIGACIÓN</w:t>
                          </w:r>
                        </w:p>
                        <w:p w14:paraId="60C66A86" w14:textId="3E0A139C" w:rsidR="00B806B9" w:rsidRPr="00B806B9" w:rsidRDefault="00B806B9" w:rsidP="00B806B9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color w:val="005631"/>
                              <w:sz w:val="18"/>
                              <w:szCs w:val="18"/>
                              <w:lang w:val="es-CO"/>
                            </w:rPr>
                          </w:pPr>
                          <w:r w:rsidRPr="00B806B9">
                            <w:rPr>
                              <w:rFonts w:ascii="Segoe UI Semibold" w:hAnsi="Segoe UI Semibold" w:cs="Segoe UI Semibold"/>
                              <w:color w:val="005631"/>
                              <w:sz w:val="18"/>
                              <w:szCs w:val="18"/>
                              <w:lang w:val="es-CO"/>
                            </w:rPr>
                            <w:t>GESTIÓN DE BIBLIOTECA</w:t>
                          </w:r>
                        </w:p>
                        <w:p w14:paraId="36F17936" w14:textId="77777777" w:rsidR="00B806B9" w:rsidRPr="00B806B9" w:rsidRDefault="00B806B9" w:rsidP="00B806B9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  <w:lang w:val="es-CO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CC7A7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91.95pt;margin-top:-18.75pt;width:305.25pt;height:5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" stroked="f">
              <v:textbox>
                <w:txbxContent>
                  <w:p w14:paraId="239F1586" w14:textId="419522D4" w:rsidR="00B806B9" w:rsidRDefault="00B806B9" w:rsidP="00B806B9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  <w:lang w:val="es-CO"/>
                      </w:rPr>
                    </w:pPr>
                    <w:r w:rsidRPr="00B806B9"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  <w:lang w:val="es-CO"/>
                      </w:rPr>
                      <w:t>PLAN DE GESTIÓN DE DATOS</w:t>
                    </w:r>
                    <w:r w:rsidR="00877D3D"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  <w:lang w:val="es-CO"/>
                      </w:rPr>
                      <w:t xml:space="preserve"> </w:t>
                    </w:r>
                    <w:r w:rsidRPr="00B806B9"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  <w:lang w:val="es-CO"/>
                      </w:rPr>
                      <w:t>REPOSITORIO DE DATOS DE INVESTIGACIÓN</w:t>
                    </w:r>
                  </w:p>
                  <w:p w14:paraId="60C66A86" w14:textId="3E0A139C" w:rsidR="00B806B9" w:rsidRPr="00B806B9" w:rsidRDefault="00B806B9" w:rsidP="00B806B9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color w:val="005631"/>
                        <w:sz w:val="18"/>
                        <w:szCs w:val="18"/>
                        <w:lang w:val="es-CO"/>
                      </w:rPr>
                    </w:pPr>
                    <w:r w:rsidRPr="00B806B9">
                      <w:rPr>
                        <w:rFonts w:ascii="Segoe UI Semibold" w:hAnsi="Segoe UI Semibold" w:cs="Segoe UI Semibold"/>
                        <w:color w:val="005631"/>
                        <w:sz w:val="18"/>
                        <w:szCs w:val="18"/>
                        <w:lang w:val="es-CO"/>
                      </w:rPr>
                      <w:t>GESTIÓN DE BIBLIOTECA</w:t>
                    </w:r>
                  </w:p>
                  <w:p w14:paraId="36F17936" w14:textId="77777777" w:rsidR="00B806B9" w:rsidRPr="00B806B9" w:rsidRDefault="00B806B9" w:rsidP="00B806B9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  <w:lang w:val="es-CO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07D9616A" wp14:editId="16489655">
              <wp:simplePos x="0" y="0"/>
              <wp:positionH relativeFrom="margin">
                <wp:align>right</wp:align>
              </wp:positionH>
              <wp:positionV relativeFrom="paragraph">
                <wp:posOffset>-76200</wp:posOffset>
              </wp:positionV>
              <wp:extent cx="565785" cy="371475"/>
              <wp:effectExtent l="0" t="0" r="5715" b="9525"/>
              <wp:wrapSquare wrapText="bothSides"/>
              <wp:docPr id="181218654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578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DA3E29" w14:textId="4B4C6F77" w:rsidR="00B806B9" w:rsidRPr="00B806B9" w:rsidRDefault="00B806B9" w:rsidP="00B806B9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  <w:lang w:val="es-CO"/>
                            </w:rPr>
                          </w:pPr>
                          <w:r w:rsidRPr="00B806B9"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  <w:lang w:val="es-CO"/>
                            </w:rPr>
                            <w:t>BL-F-0</w:t>
                          </w: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  <w:lang w:val="es-CO"/>
                            </w:rPr>
                            <w:t>4</w:t>
                          </w:r>
                          <w:r w:rsidRPr="00B806B9"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  <w:lang w:val="es-CO"/>
                            </w:rPr>
                            <w:t>2</w:t>
                          </w:r>
                        </w:p>
                        <w:p w14:paraId="338F7839" w14:textId="647817EE" w:rsidR="00B806B9" w:rsidRPr="00B806B9" w:rsidRDefault="00B806B9" w:rsidP="00B806B9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  <w:lang w:val="es-CO"/>
                            </w:rPr>
                          </w:pPr>
                          <w:r w:rsidRPr="00B806B9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  <w:lang w:val="es-CO"/>
                            </w:rPr>
                            <w:t xml:space="preserve">Versión </w:t>
                          </w: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  <w:lang w:val="es-C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D9616A" id="_x0000_s1027" type="#_x0000_t202" style="position:absolute;margin-left:-6.65pt;margin-top:-6pt;width:44.55pt;height:29.2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" stroked="f">
              <v:textbox>
                <w:txbxContent>
                  <w:p w14:paraId="34DA3E29" w14:textId="4B4C6F77" w:rsidR="00B806B9" w:rsidRPr="00B806B9" w:rsidRDefault="00B806B9" w:rsidP="00B806B9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  <w:lang w:val="es-CO"/>
                      </w:rPr>
                    </w:pPr>
                    <w:r w:rsidRPr="00B806B9">
                      <w:rPr>
                        <w:rFonts w:ascii="Segoe UI Semibold" w:hAnsi="Segoe UI Semibold" w:cs="Segoe UI Semibold"/>
                        <w:sz w:val="14"/>
                        <w:szCs w:val="20"/>
                        <w:lang w:val="es-CO"/>
                      </w:rPr>
                      <w:t>BL-F-0</w:t>
                    </w:r>
                    <w:r>
                      <w:rPr>
                        <w:rFonts w:ascii="Segoe UI Semibold" w:hAnsi="Segoe UI Semibold" w:cs="Segoe UI Semibold"/>
                        <w:sz w:val="14"/>
                        <w:szCs w:val="20"/>
                        <w:lang w:val="es-CO"/>
                      </w:rPr>
                      <w:t>4</w:t>
                    </w:r>
                    <w:r w:rsidRPr="00B806B9">
                      <w:rPr>
                        <w:rFonts w:ascii="Segoe UI Semibold" w:hAnsi="Segoe UI Semibold" w:cs="Segoe UI Semibold"/>
                        <w:sz w:val="14"/>
                        <w:szCs w:val="20"/>
                        <w:lang w:val="es-CO"/>
                      </w:rPr>
                      <w:t>2</w:t>
                    </w:r>
                  </w:p>
                  <w:p w14:paraId="338F7839" w14:textId="647817EE" w:rsidR="00B806B9" w:rsidRPr="00B806B9" w:rsidRDefault="00B806B9" w:rsidP="00B806B9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  <w:lang w:val="es-CO"/>
                      </w:rPr>
                    </w:pPr>
                    <w:r w:rsidRPr="00B806B9">
                      <w:rPr>
                        <w:rFonts w:ascii="Segoe UI Semibold" w:hAnsi="Segoe UI Semibold" w:cs="Segoe UI Semibold"/>
                        <w:sz w:val="14"/>
                        <w:szCs w:val="14"/>
                        <w:lang w:val="es-CO"/>
                      </w:rPr>
                      <w:t>V</w:t>
                    </w:r>
                    <w:r w:rsidRPr="00B806B9">
                      <w:rPr>
                        <w:rFonts w:ascii="Segoe UI Semibold" w:hAnsi="Segoe UI Semibold" w:cs="Segoe UI Semibold"/>
                        <w:sz w:val="14"/>
                        <w:szCs w:val="14"/>
                        <w:lang w:val="es-CO"/>
                      </w:rPr>
                      <w:t xml:space="preserve">ersión </w:t>
                    </w:r>
                    <w:r>
                      <w:rPr>
                        <w:rFonts w:ascii="Segoe UI Semibold" w:hAnsi="Segoe UI Semibold" w:cs="Segoe UI Semibold"/>
                        <w:sz w:val="14"/>
                        <w:szCs w:val="14"/>
                        <w:lang w:val="es-CO"/>
                      </w:rPr>
                      <w:t>1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1436AA">
      <w:rPr>
        <w:noProof/>
        <w:sz w:val="20"/>
        <w:szCs w:val="20"/>
        <w:lang w:eastAsia="es-CO"/>
      </w:rPr>
      <w:drawing>
        <wp:anchor distT="0" distB="0" distL="114300" distR="114300" simplePos="0" relativeHeight="251663360" behindDoc="0" locked="0" layoutInCell="1" allowOverlap="1" wp14:anchorId="3533291C" wp14:editId="0200D634">
          <wp:simplePos x="0" y="0"/>
          <wp:positionH relativeFrom="margin">
            <wp:align>left</wp:align>
          </wp:positionH>
          <wp:positionV relativeFrom="paragraph">
            <wp:posOffset>-95250</wp:posOffset>
          </wp:positionV>
          <wp:extent cx="1141095" cy="311150"/>
          <wp:effectExtent l="0" t="0" r="190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1095" cy="311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0FFADB9" wp14:editId="423A7F13">
              <wp:simplePos x="0" y="0"/>
              <wp:positionH relativeFrom="margin">
                <wp:posOffset>10066020</wp:posOffset>
              </wp:positionH>
              <wp:positionV relativeFrom="paragraph">
                <wp:posOffset>66675</wp:posOffset>
              </wp:positionV>
              <wp:extent cx="565785" cy="371475"/>
              <wp:effectExtent l="0" t="0" r="5715" b="9525"/>
              <wp:wrapSquare wrapText="bothSides"/>
              <wp:docPr id="20198578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578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35864D" w14:textId="77777777" w:rsidR="00B806B9" w:rsidRPr="004C1C48" w:rsidRDefault="00B806B9" w:rsidP="00B806B9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  <w:t>BL-F-002</w:t>
                          </w:r>
                        </w:p>
                        <w:p w14:paraId="0D6E0E12" w14:textId="77777777" w:rsidR="00B806B9" w:rsidRPr="004C1C48" w:rsidRDefault="00B806B9" w:rsidP="00B806B9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>Versión</w:t>
                          </w:r>
                          <w:proofErr w:type="spellEnd"/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 xml:space="preserve"> 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FFADB9" id="_x0000_s1028" type="#_x0000_t202" style="position:absolute;margin-left:792.6pt;margin-top:5.25pt;width:44.55pt;height:2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" stroked="f">
              <v:textbox>
                <w:txbxContent>
                  <w:p w14:paraId="5135864D" w14:textId="77777777" w:rsidR="00B806B9" w:rsidRPr="004C1C48" w:rsidRDefault="00B806B9" w:rsidP="00B806B9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  <w:t>BL-F-002</w:t>
                    </w:r>
                  </w:p>
                  <w:p w14:paraId="0D6E0E12" w14:textId="77777777" w:rsidR="00B806B9" w:rsidRPr="004C1C48" w:rsidRDefault="00B806B9" w:rsidP="00B806B9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  <w:proofErr w:type="spellStart"/>
                    <w:r w:rsidRPr="004C1C48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>Versión</w:t>
                    </w:r>
                    <w:proofErr w:type="spellEnd"/>
                    <w:r w:rsidRPr="004C1C48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 xml:space="preserve"> 7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15312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D95DBD"/>
    <w:multiLevelType w:val="hybridMultilevel"/>
    <w:tmpl w:val="2034C2C2"/>
    <w:lvl w:ilvl="0" w:tplc="7DDCFF84"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6E9D4C03"/>
    <w:multiLevelType w:val="multilevel"/>
    <w:tmpl w:val="AA4A5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40218194">
    <w:abstractNumId w:val="8"/>
  </w:num>
  <w:num w:numId="2" w16cid:durableId="19211438">
    <w:abstractNumId w:val="6"/>
  </w:num>
  <w:num w:numId="3" w16cid:durableId="27074004">
    <w:abstractNumId w:val="5"/>
  </w:num>
  <w:num w:numId="4" w16cid:durableId="94054701">
    <w:abstractNumId w:val="4"/>
  </w:num>
  <w:num w:numId="5" w16cid:durableId="462191844">
    <w:abstractNumId w:val="7"/>
  </w:num>
  <w:num w:numId="6" w16cid:durableId="1098134879">
    <w:abstractNumId w:val="3"/>
  </w:num>
  <w:num w:numId="7" w16cid:durableId="906065550">
    <w:abstractNumId w:val="2"/>
  </w:num>
  <w:num w:numId="8" w16cid:durableId="1901356275">
    <w:abstractNumId w:val="1"/>
  </w:num>
  <w:num w:numId="9" w16cid:durableId="235822148">
    <w:abstractNumId w:val="0"/>
  </w:num>
  <w:num w:numId="10" w16cid:durableId="427507640">
    <w:abstractNumId w:val="9"/>
  </w:num>
  <w:num w:numId="11" w16cid:durableId="15893892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44E"/>
    <w:rsid w:val="0001135C"/>
    <w:rsid w:val="00015B8A"/>
    <w:rsid w:val="00022134"/>
    <w:rsid w:val="00034616"/>
    <w:rsid w:val="0004009D"/>
    <w:rsid w:val="000558D0"/>
    <w:rsid w:val="0006063C"/>
    <w:rsid w:val="0006402B"/>
    <w:rsid w:val="00064B85"/>
    <w:rsid w:val="0007561E"/>
    <w:rsid w:val="00076935"/>
    <w:rsid w:val="00090D52"/>
    <w:rsid w:val="00093685"/>
    <w:rsid w:val="000A0147"/>
    <w:rsid w:val="000A063F"/>
    <w:rsid w:val="000A1430"/>
    <w:rsid w:val="000A2218"/>
    <w:rsid w:val="000A3D0F"/>
    <w:rsid w:val="000B1A34"/>
    <w:rsid w:val="000B3F25"/>
    <w:rsid w:val="000C5C4D"/>
    <w:rsid w:val="000D3063"/>
    <w:rsid w:val="000D56C0"/>
    <w:rsid w:val="000F7946"/>
    <w:rsid w:val="00124E9C"/>
    <w:rsid w:val="0012574F"/>
    <w:rsid w:val="00127B74"/>
    <w:rsid w:val="001333B3"/>
    <w:rsid w:val="00135EE2"/>
    <w:rsid w:val="00143303"/>
    <w:rsid w:val="0015074B"/>
    <w:rsid w:val="00151CA7"/>
    <w:rsid w:val="00153F0A"/>
    <w:rsid w:val="00155903"/>
    <w:rsid w:val="00191613"/>
    <w:rsid w:val="001918D8"/>
    <w:rsid w:val="001A41DE"/>
    <w:rsid w:val="001B0344"/>
    <w:rsid w:val="001B271B"/>
    <w:rsid w:val="001E723C"/>
    <w:rsid w:val="001F17C8"/>
    <w:rsid w:val="00207E1B"/>
    <w:rsid w:val="00215312"/>
    <w:rsid w:val="00215929"/>
    <w:rsid w:val="0024617A"/>
    <w:rsid w:val="00254C43"/>
    <w:rsid w:val="00261A66"/>
    <w:rsid w:val="002634B9"/>
    <w:rsid w:val="002700BA"/>
    <w:rsid w:val="002772BF"/>
    <w:rsid w:val="00283C62"/>
    <w:rsid w:val="00287341"/>
    <w:rsid w:val="00290BC8"/>
    <w:rsid w:val="00290FB9"/>
    <w:rsid w:val="0029639D"/>
    <w:rsid w:val="002C38D8"/>
    <w:rsid w:val="002D4991"/>
    <w:rsid w:val="002D5070"/>
    <w:rsid w:val="002F5040"/>
    <w:rsid w:val="00301C8F"/>
    <w:rsid w:val="00303FEA"/>
    <w:rsid w:val="003150CA"/>
    <w:rsid w:val="00321C96"/>
    <w:rsid w:val="00326F90"/>
    <w:rsid w:val="0033444F"/>
    <w:rsid w:val="003466C3"/>
    <w:rsid w:val="00370EE2"/>
    <w:rsid w:val="00371D98"/>
    <w:rsid w:val="0037436E"/>
    <w:rsid w:val="0039347F"/>
    <w:rsid w:val="003965DA"/>
    <w:rsid w:val="003D0F0D"/>
    <w:rsid w:val="003D21DE"/>
    <w:rsid w:val="003D38B6"/>
    <w:rsid w:val="003D435E"/>
    <w:rsid w:val="003E0F0B"/>
    <w:rsid w:val="003E3B43"/>
    <w:rsid w:val="003E7113"/>
    <w:rsid w:val="00403CA0"/>
    <w:rsid w:val="00406AEC"/>
    <w:rsid w:val="004222A4"/>
    <w:rsid w:val="00423533"/>
    <w:rsid w:val="004428EB"/>
    <w:rsid w:val="0044411E"/>
    <w:rsid w:val="00445DD8"/>
    <w:rsid w:val="0044711C"/>
    <w:rsid w:val="004548C7"/>
    <w:rsid w:val="00465BF9"/>
    <w:rsid w:val="00493033"/>
    <w:rsid w:val="004A5A02"/>
    <w:rsid w:val="004C0A56"/>
    <w:rsid w:val="004D2A2D"/>
    <w:rsid w:val="004E3C05"/>
    <w:rsid w:val="004E7812"/>
    <w:rsid w:val="004E78E1"/>
    <w:rsid w:val="004F2C5A"/>
    <w:rsid w:val="004F7C72"/>
    <w:rsid w:val="0050156A"/>
    <w:rsid w:val="00503239"/>
    <w:rsid w:val="00504A44"/>
    <w:rsid w:val="005073C8"/>
    <w:rsid w:val="00512227"/>
    <w:rsid w:val="00512292"/>
    <w:rsid w:val="005243CE"/>
    <w:rsid w:val="0053255D"/>
    <w:rsid w:val="0053660F"/>
    <w:rsid w:val="00547749"/>
    <w:rsid w:val="0055303B"/>
    <w:rsid w:val="0055745D"/>
    <w:rsid w:val="00585CEA"/>
    <w:rsid w:val="00596F47"/>
    <w:rsid w:val="005B1308"/>
    <w:rsid w:val="005C3E88"/>
    <w:rsid w:val="005C5170"/>
    <w:rsid w:val="005D2496"/>
    <w:rsid w:val="005E19CE"/>
    <w:rsid w:val="005E6BCB"/>
    <w:rsid w:val="005F17DC"/>
    <w:rsid w:val="006044FD"/>
    <w:rsid w:val="00625E57"/>
    <w:rsid w:val="00631356"/>
    <w:rsid w:val="006317BE"/>
    <w:rsid w:val="00632922"/>
    <w:rsid w:val="006340EA"/>
    <w:rsid w:val="00686654"/>
    <w:rsid w:val="006917CD"/>
    <w:rsid w:val="006A4E64"/>
    <w:rsid w:val="006B09CC"/>
    <w:rsid w:val="006C46FF"/>
    <w:rsid w:val="006E4F95"/>
    <w:rsid w:val="007065E2"/>
    <w:rsid w:val="00713289"/>
    <w:rsid w:val="0071447F"/>
    <w:rsid w:val="0072614F"/>
    <w:rsid w:val="00734E78"/>
    <w:rsid w:val="00750EC8"/>
    <w:rsid w:val="007652F5"/>
    <w:rsid w:val="0077327E"/>
    <w:rsid w:val="00773A29"/>
    <w:rsid w:val="007B55F5"/>
    <w:rsid w:val="007B7658"/>
    <w:rsid w:val="007D037E"/>
    <w:rsid w:val="007E131D"/>
    <w:rsid w:val="00800673"/>
    <w:rsid w:val="008257C5"/>
    <w:rsid w:val="00850AA7"/>
    <w:rsid w:val="008534CD"/>
    <w:rsid w:val="00854B1D"/>
    <w:rsid w:val="0086168C"/>
    <w:rsid w:val="00870B0B"/>
    <w:rsid w:val="00877D3D"/>
    <w:rsid w:val="008963AA"/>
    <w:rsid w:val="008A1BBF"/>
    <w:rsid w:val="008A53BE"/>
    <w:rsid w:val="008C07A6"/>
    <w:rsid w:val="008C2491"/>
    <w:rsid w:val="008C2E93"/>
    <w:rsid w:val="008D121E"/>
    <w:rsid w:val="008E27E6"/>
    <w:rsid w:val="008E34C8"/>
    <w:rsid w:val="008F2D07"/>
    <w:rsid w:val="009058F1"/>
    <w:rsid w:val="0091093F"/>
    <w:rsid w:val="00917414"/>
    <w:rsid w:val="00925EEA"/>
    <w:rsid w:val="00942513"/>
    <w:rsid w:val="00943385"/>
    <w:rsid w:val="009438D6"/>
    <w:rsid w:val="00965854"/>
    <w:rsid w:val="00973E47"/>
    <w:rsid w:val="0099313F"/>
    <w:rsid w:val="009A0813"/>
    <w:rsid w:val="009B0360"/>
    <w:rsid w:val="009B2C91"/>
    <w:rsid w:val="009C5A09"/>
    <w:rsid w:val="009D1B2F"/>
    <w:rsid w:val="009E68A5"/>
    <w:rsid w:val="009F1E45"/>
    <w:rsid w:val="009F4C76"/>
    <w:rsid w:val="00A060DB"/>
    <w:rsid w:val="00A1184F"/>
    <w:rsid w:val="00A235F0"/>
    <w:rsid w:val="00A404D3"/>
    <w:rsid w:val="00A51071"/>
    <w:rsid w:val="00A66012"/>
    <w:rsid w:val="00A85D4C"/>
    <w:rsid w:val="00A9166C"/>
    <w:rsid w:val="00A93995"/>
    <w:rsid w:val="00A966B9"/>
    <w:rsid w:val="00AA1D8D"/>
    <w:rsid w:val="00AA3A48"/>
    <w:rsid w:val="00AC5053"/>
    <w:rsid w:val="00AC64BF"/>
    <w:rsid w:val="00AE2764"/>
    <w:rsid w:val="00AE7EFD"/>
    <w:rsid w:val="00AF7DDD"/>
    <w:rsid w:val="00B44B24"/>
    <w:rsid w:val="00B47730"/>
    <w:rsid w:val="00B541AF"/>
    <w:rsid w:val="00B66534"/>
    <w:rsid w:val="00B71BAA"/>
    <w:rsid w:val="00B74439"/>
    <w:rsid w:val="00B806B9"/>
    <w:rsid w:val="00B825D4"/>
    <w:rsid w:val="00B91DA4"/>
    <w:rsid w:val="00B950CD"/>
    <w:rsid w:val="00B9526F"/>
    <w:rsid w:val="00B95ED5"/>
    <w:rsid w:val="00BA2F4D"/>
    <w:rsid w:val="00BC0BC7"/>
    <w:rsid w:val="00BC7CC6"/>
    <w:rsid w:val="00BD3D34"/>
    <w:rsid w:val="00BE371C"/>
    <w:rsid w:val="00BE5587"/>
    <w:rsid w:val="00BF17F7"/>
    <w:rsid w:val="00BF44CE"/>
    <w:rsid w:val="00BF52C0"/>
    <w:rsid w:val="00C022BD"/>
    <w:rsid w:val="00C0234E"/>
    <w:rsid w:val="00C07292"/>
    <w:rsid w:val="00C23CC8"/>
    <w:rsid w:val="00C258D9"/>
    <w:rsid w:val="00C33A54"/>
    <w:rsid w:val="00C34998"/>
    <w:rsid w:val="00C43A43"/>
    <w:rsid w:val="00C446C0"/>
    <w:rsid w:val="00C50401"/>
    <w:rsid w:val="00C6657F"/>
    <w:rsid w:val="00C705DF"/>
    <w:rsid w:val="00C8646A"/>
    <w:rsid w:val="00CB0664"/>
    <w:rsid w:val="00CB0B4D"/>
    <w:rsid w:val="00CC1D2F"/>
    <w:rsid w:val="00CC3AEE"/>
    <w:rsid w:val="00CE52A3"/>
    <w:rsid w:val="00CE591C"/>
    <w:rsid w:val="00CF2CD8"/>
    <w:rsid w:val="00D02312"/>
    <w:rsid w:val="00D039C8"/>
    <w:rsid w:val="00D1087E"/>
    <w:rsid w:val="00D13804"/>
    <w:rsid w:val="00D25D3F"/>
    <w:rsid w:val="00D32D2B"/>
    <w:rsid w:val="00D34D5A"/>
    <w:rsid w:val="00D37581"/>
    <w:rsid w:val="00D418A8"/>
    <w:rsid w:val="00D4433A"/>
    <w:rsid w:val="00D84B18"/>
    <w:rsid w:val="00D8748D"/>
    <w:rsid w:val="00D93DB6"/>
    <w:rsid w:val="00DA5CFE"/>
    <w:rsid w:val="00DB2FDD"/>
    <w:rsid w:val="00DC0E68"/>
    <w:rsid w:val="00DC2C9B"/>
    <w:rsid w:val="00DC3805"/>
    <w:rsid w:val="00DF54F2"/>
    <w:rsid w:val="00E20697"/>
    <w:rsid w:val="00E24E48"/>
    <w:rsid w:val="00E423C4"/>
    <w:rsid w:val="00E4631F"/>
    <w:rsid w:val="00E53B7F"/>
    <w:rsid w:val="00E54FE6"/>
    <w:rsid w:val="00E6765F"/>
    <w:rsid w:val="00E732C9"/>
    <w:rsid w:val="00E7543B"/>
    <w:rsid w:val="00E833AB"/>
    <w:rsid w:val="00E9545A"/>
    <w:rsid w:val="00EC0812"/>
    <w:rsid w:val="00ED30F8"/>
    <w:rsid w:val="00F012F9"/>
    <w:rsid w:val="00F172BD"/>
    <w:rsid w:val="00F22F9E"/>
    <w:rsid w:val="00F36F1F"/>
    <w:rsid w:val="00F44960"/>
    <w:rsid w:val="00F75CBA"/>
    <w:rsid w:val="00F93553"/>
    <w:rsid w:val="00F96872"/>
    <w:rsid w:val="00FA18ED"/>
    <w:rsid w:val="00FA3B9A"/>
    <w:rsid w:val="00FB1F14"/>
    <w:rsid w:val="00FB4150"/>
    <w:rsid w:val="00FB6709"/>
    <w:rsid w:val="00FC39AA"/>
    <w:rsid w:val="00FC693F"/>
    <w:rsid w:val="00FC6FD4"/>
    <w:rsid w:val="00FD0E5B"/>
    <w:rsid w:val="00FE3CFB"/>
    <w:rsid w:val="00FF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CF8D108"/>
  <w14:defaultImageDpi w14:val="330"/>
  <w15:docId w15:val="{8651ACEE-102A-449C-B471-000B9A761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8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4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55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eda282-a582-4f70-9a36-2eb874310028" xsi:nil="true"/>
    <lcf76f155ced4ddcb4097134ff3c332f xmlns="eed103c6-9722-4dd8-b803-a32f252749c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128377A254A304CB7490D6FCF75CDC6" ma:contentTypeVersion="12" ma:contentTypeDescription="Crear nuevo documento." ma:contentTypeScope="" ma:versionID="733096d5017a4f177dfb99cfcc9bd59f">
  <xsd:schema xmlns:xsd="http://www.w3.org/2001/XMLSchema" xmlns:xs="http://www.w3.org/2001/XMLSchema" xmlns:p="http://schemas.microsoft.com/office/2006/metadata/properties" xmlns:ns2="eed103c6-9722-4dd8-b803-a32f252749c8" xmlns:ns3="71eda282-a582-4f70-9a36-2eb874310028" targetNamespace="http://schemas.microsoft.com/office/2006/metadata/properties" ma:root="true" ma:fieldsID="67be44a19bf2f024144fa140536ca645" ns2:_="" ns3:_="">
    <xsd:import namespace="eed103c6-9722-4dd8-b803-a32f252749c8"/>
    <xsd:import namespace="71eda282-a582-4f70-9a36-2eb874310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103c6-9722-4dd8-b803-a32f25274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da282-a582-4f70-9a36-2eb87431002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4a02e5-ea3b-49a0-8fff-daf975cc8953}" ma:internalName="TaxCatchAll" ma:showField="CatchAllData" ma:web="71eda282-a582-4f70-9a36-2eb874310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FA897E-FC02-49DC-9A3C-05EFF0AAE551}">
  <ds:schemaRefs>
    <ds:schemaRef ds:uri="http://schemas.microsoft.com/office/2006/metadata/properties"/>
    <ds:schemaRef ds:uri="http://schemas.microsoft.com/office/infopath/2007/PartnerControls"/>
    <ds:schemaRef ds:uri="71eda282-a582-4f70-9a36-2eb874310028"/>
    <ds:schemaRef ds:uri="eed103c6-9722-4dd8-b803-a32f252749c8"/>
  </ds:schemaRefs>
</ds:datastoreItem>
</file>

<file path=customXml/itemProps3.xml><?xml version="1.0" encoding="utf-8"?>
<ds:datastoreItem xmlns:ds="http://schemas.openxmlformats.org/officeDocument/2006/customXml" ds:itemID="{5F16305D-BBD1-4439-AF10-711ABC1761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CA55A4-4817-4493-80EE-F8D4EDE90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d103c6-9722-4dd8-b803-a32f252749c8"/>
    <ds:schemaRef ds:uri="71eda282-a582-4f70-9a36-2eb8743100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7</Pages>
  <Words>813</Words>
  <Characters>5098</Characters>
  <Application>Microsoft Office Word</Application>
  <DocSecurity>0</DocSecurity>
  <Lines>308</Lines>
  <Paragraphs>202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5966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Juan Felipe Gonzalez Martinez</cp:lastModifiedBy>
  <cp:revision>264</cp:revision>
  <dcterms:created xsi:type="dcterms:W3CDTF">2025-09-16T16:01:00Z</dcterms:created>
  <dcterms:modified xsi:type="dcterms:W3CDTF">2026-03-09T20:26:00Z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0x010100D128377A254A304CB7490D6FCF75CDC6</vt:lpwstr>
  </property>
  <property fmtid="{D5CDD505-2E9C-101B-9397-08002B2CF9AE}" pid="3" name="MediaServiceImageTags">
    <vt:lpwstr/>
  </property>
</Properties>
</file>